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57424" w14:textId="77777777" w:rsidR="001270F9" w:rsidRDefault="00000000">
      <w:pPr>
        <w:pStyle w:val="Title"/>
      </w:pPr>
      <w:r>
        <w:t>2027 ISPS HANDA Canadian Open</w:t>
      </w:r>
    </w:p>
    <w:p w14:paraId="20E58D7B" w14:textId="77777777" w:rsidR="001270F9" w:rsidRDefault="00000000">
      <w:r>
        <w:t>Tournament Information — Screen Reader Accessible Edition</w:t>
      </w:r>
    </w:p>
    <w:p w14:paraId="217159AA" w14:textId="77777777" w:rsidR="001270F9" w:rsidRDefault="00000000">
      <w:r>
        <w:t>August 15–18, 2027. Departure August 19, 2027.</w:t>
      </w:r>
    </w:p>
    <w:p w14:paraId="14898828" w14:textId="77777777" w:rsidR="001270F9" w:rsidRDefault="00000000">
      <w:r>
        <w:t>We can still play!</w:t>
      </w:r>
    </w:p>
    <w:p w14:paraId="7B391F40" w14:textId="77777777" w:rsidR="001270F9" w:rsidRDefault="00000000">
      <w:pPr>
        <w:pStyle w:val="Heading1"/>
      </w:pPr>
      <w:r>
        <w:t>Welcome</w:t>
      </w:r>
    </w:p>
    <w:p w14:paraId="5970C758" w14:textId="77777777" w:rsidR="001270F9" w:rsidRDefault="00000000">
      <w:r>
        <w:t>The Western Canadian Blind Golf Association (WCBGA) is thrilled to host the ISPS HANDA Canadian Blind Open in Alberta for the first time.</w:t>
      </w:r>
    </w:p>
    <w:p w14:paraId="569C66CA" w14:textId="77777777" w:rsidR="001270F9" w:rsidRDefault="00000000">
      <w:r>
        <w:t>The championship will be held in High River, Alberta, with Highwood Golf Club as the host course and Best Western Okotoks as the host hotel. Tournament activities run August 15–18, with departure on August 19.</w:t>
      </w:r>
    </w:p>
    <w:p w14:paraId="49203BD5" w14:textId="77777777" w:rsidR="001270F9" w:rsidRDefault="00000000">
      <w:r>
        <w:t>We look forward to welcoming blind and visually impaired golfers, coaches, guides, families and friends from across Canada and beyond.</w:t>
      </w:r>
    </w:p>
    <w:p w14:paraId="74A43C28" w14:textId="77777777" w:rsidR="001270F9" w:rsidRDefault="00000000">
      <w:pPr>
        <w:pStyle w:val="Heading1"/>
      </w:pPr>
      <w:r>
        <w:t>Entry fee and what is included</w:t>
      </w:r>
    </w:p>
    <w:p w14:paraId="5BA4CC4E" w14:textId="77777777" w:rsidR="001270F9" w:rsidRDefault="00000000">
      <w:r>
        <w:t>Entry fee: $400 CAD.</w:t>
      </w:r>
    </w:p>
    <w:p w14:paraId="5C3EBD40" w14:textId="77777777" w:rsidR="001270F9" w:rsidRDefault="00000000">
      <w:r>
        <w:t>Accommodation, golf, meals, transportation and tournament apparel are bundled into the event fee.</w:t>
      </w:r>
    </w:p>
    <w:p w14:paraId="6DEF362F" w14:textId="77777777" w:rsidR="001270F9" w:rsidRDefault="00000000">
      <w:pPr>
        <w:pStyle w:val="ListBullet"/>
      </w:pPr>
      <w:r>
        <w:t>4 nights accommodation</w:t>
      </w:r>
    </w:p>
    <w:p w14:paraId="0CFEA589" w14:textId="77777777" w:rsidR="001270F9" w:rsidRDefault="00000000">
      <w:pPr>
        <w:pStyle w:val="ListBullet"/>
      </w:pPr>
      <w:r>
        <w:t>3 rounds of golf</w:t>
      </w:r>
    </w:p>
    <w:p w14:paraId="20212102" w14:textId="77777777" w:rsidR="001270F9" w:rsidRDefault="00000000">
      <w:pPr>
        <w:pStyle w:val="ListBullet"/>
      </w:pPr>
      <w:r>
        <w:t>YYC airport transportation</w:t>
      </w:r>
    </w:p>
    <w:p w14:paraId="31FC11F5" w14:textId="77777777" w:rsidR="001270F9" w:rsidRDefault="00000000">
      <w:pPr>
        <w:pStyle w:val="ListBullet"/>
      </w:pPr>
      <w:r>
        <w:t>Daily course transportation</w:t>
      </w:r>
    </w:p>
    <w:p w14:paraId="2E49C1BE" w14:textId="77777777" w:rsidR="001270F9" w:rsidRDefault="00000000">
      <w:pPr>
        <w:pStyle w:val="ListBullet"/>
      </w:pPr>
      <w:r>
        <w:t>Meet &amp; Greet + Awards Dinner</w:t>
      </w:r>
    </w:p>
    <w:p w14:paraId="5E9A526A" w14:textId="77777777" w:rsidR="001270F9" w:rsidRDefault="00000000">
      <w:pPr>
        <w:pStyle w:val="ListBullet"/>
      </w:pPr>
      <w:r>
        <w:t>Bagged lunch each golf day</w:t>
      </w:r>
    </w:p>
    <w:p w14:paraId="615895C8" w14:textId="77777777" w:rsidR="001270F9" w:rsidRDefault="00000000">
      <w:pPr>
        <w:pStyle w:val="ListBullet"/>
      </w:pPr>
      <w:r>
        <w:t>Daily hotel breakfast</w:t>
      </w:r>
    </w:p>
    <w:p w14:paraId="1E76FB5D" w14:textId="77777777" w:rsidR="001270F9" w:rsidRDefault="00000000">
      <w:pPr>
        <w:pStyle w:val="ListBullet"/>
      </w:pPr>
      <w:r>
        <w:t>Player + guide tournament golf shirts</w:t>
      </w:r>
    </w:p>
    <w:p w14:paraId="5595F33A" w14:textId="77777777" w:rsidR="001270F9" w:rsidRDefault="00000000">
      <w:pPr>
        <w:pStyle w:val="Heading1"/>
      </w:pPr>
      <w:r>
        <w:t>Host venues</w:t>
      </w:r>
    </w:p>
    <w:p w14:paraId="74A0ED1B" w14:textId="77777777" w:rsidR="001270F9" w:rsidRDefault="00000000">
      <w:r>
        <w:t>Highwood Golf Club. 400 7th Street NW, High River, AB T1V 1M6. Phone: 403-652-3644.</w:t>
      </w:r>
    </w:p>
    <w:p w14:paraId="5CB51A5F" w14:textId="77777777" w:rsidR="001270F9" w:rsidRDefault="00000000">
      <w:r>
        <w:t>Best Western Okotoks. 00 Southbank Road, Okotoks, Alberta, T1S 0N3, Canada.</w:t>
      </w:r>
    </w:p>
    <w:p w14:paraId="2AC18834" w14:textId="77777777" w:rsidR="001270F9" w:rsidRDefault="00000000">
      <w:pPr>
        <w:pStyle w:val="Heading1"/>
      </w:pPr>
      <w:r>
        <w:lastRenderedPageBreak/>
        <w:t>Championship week schedule</w:t>
      </w:r>
    </w:p>
    <w:p w14:paraId="5D92F6A0" w14:textId="77777777" w:rsidR="001270F9" w:rsidRDefault="00000000">
      <w:pPr>
        <w:pStyle w:val="Heading2"/>
      </w:pPr>
      <w:r>
        <w:t>Aug 15 — ARRIVAL, YYC → HIGH RIVER</w:t>
      </w:r>
    </w:p>
    <w:p w14:paraId="6A0C39C1" w14:textId="77777777" w:rsidR="001270F9" w:rsidRDefault="00000000">
      <w:r>
        <w:t>Airport pickup, hotel check-in and two planned shuttles from YYC at approximately 12:00 PM and 4:00 PM.</w:t>
      </w:r>
    </w:p>
    <w:p w14:paraId="721094F3" w14:textId="77777777" w:rsidR="001270F9" w:rsidRDefault="00000000">
      <w:pPr>
        <w:pStyle w:val="Heading2"/>
      </w:pPr>
      <w:r>
        <w:t>Aug 16 — PRACTICE + MEET &amp; GREET, HIGHWOOD GOLF CLUB</w:t>
      </w:r>
    </w:p>
    <w:p w14:paraId="012F2771" w14:textId="77777777" w:rsidR="001270F9" w:rsidRDefault="00000000">
      <w:r>
        <w:t>Practice round followed by the Meet &amp; Greet dinner.</w:t>
      </w:r>
    </w:p>
    <w:p w14:paraId="0908C297" w14:textId="77777777" w:rsidR="001270F9" w:rsidRDefault="00000000">
      <w:pPr>
        <w:pStyle w:val="Heading2"/>
      </w:pPr>
      <w:r>
        <w:t>Aug 17 — ROUND 1, CANADIAN OPEN</w:t>
      </w:r>
    </w:p>
    <w:p w14:paraId="301DD899" w14:textId="77777777" w:rsidR="001270F9" w:rsidRDefault="00000000">
      <w:r>
        <w:t>Opening competition round.</w:t>
      </w:r>
    </w:p>
    <w:p w14:paraId="040B3E57" w14:textId="77777777" w:rsidR="001270F9" w:rsidRDefault="00000000">
      <w:pPr>
        <w:pStyle w:val="Heading2"/>
      </w:pPr>
      <w:r>
        <w:t>Aug 18 — FINAL ROUND + AWARDS, CANADIAN OPEN</w:t>
      </w:r>
    </w:p>
    <w:p w14:paraId="3E6335C8" w14:textId="77777777" w:rsidR="001270F9" w:rsidRDefault="00000000">
      <w:r>
        <w:t>Final competition round followed by the Awards Dinner.</w:t>
      </w:r>
    </w:p>
    <w:p w14:paraId="7F131541" w14:textId="77777777" w:rsidR="001270F9" w:rsidRDefault="00000000">
      <w:pPr>
        <w:pStyle w:val="Heading2"/>
      </w:pPr>
      <w:r>
        <w:t>Aug 19 — DEPARTURE, HIGH RIVER → YYC</w:t>
      </w:r>
    </w:p>
    <w:p w14:paraId="1A234DCF" w14:textId="77777777" w:rsidR="001270F9" w:rsidRDefault="00000000">
      <w:r>
        <w:t>Transportation provided back to Calgary International Airport.</w:t>
      </w:r>
    </w:p>
    <w:p w14:paraId="576CC6F4" w14:textId="77777777" w:rsidR="001270F9" w:rsidRDefault="00000000">
      <w:pPr>
        <w:pStyle w:val="Heading1"/>
      </w:pPr>
      <w:r>
        <w:t>Competition</w:t>
      </w:r>
    </w:p>
    <w:p w14:paraId="031966CC" w14:textId="77777777" w:rsidR="001270F9" w:rsidRDefault="00000000">
      <w:r>
        <w:t>Competition will be played at Highwood Golf Club under IBGA competition guidelines, with stroke play and Stableford divisions.</w:t>
      </w:r>
    </w:p>
    <w:p w14:paraId="00893FA9" w14:textId="77777777" w:rsidR="001270F9" w:rsidRDefault="00000000">
      <w:pPr>
        <w:pStyle w:val="Heading2"/>
      </w:pPr>
      <w:r>
        <w:t>Tee markers</w:t>
      </w:r>
    </w:p>
    <w:p w14:paraId="2C5BD592" w14:textId="77777777" w:rsidR="001270F9" w:rsidRDefault="00000000">
      <w:r>
        <w:t>Men: White tees, 5,845 yards, course rating 68.5, slope 124.</w:t>
      </w:r>
    </w:p>
    <w:p w14:paraId="5A1CFBBA" w14:textId="77777777" w:rsidR="001270F9" w:rsidRDefault="00000000">
      <w:r>
        <w:t>Women: Yellow tees, 4,832 yards, course rating 83.8, slope 111.</w:t>
      </w:r>
    </w:p>
    <w:p w14:paraId="24F1F663" w14:textId="77777777" w:rsidR="001270F9" w:rsidRDefault="00000000">
      <w:pPr>
        <w:pStyle w:val="Heading1"/>
      </w:pPr>
      <w:r>
        <w:t>Awards</w:t>
      </w:r>
    </w:p>
    <w:p w14:paraId="7185EDA8" w14:textId="77777777" w:rsidR="001270F9" w:rsidRDefault="00000000">
      <w:pPr>
        <w:pStyle w:val="ListBullet"/>
      </w:pPr>
      <w:r>
        <w:t>Stroke play: low gross per sight category (B1, B2 and B3), provided at least two competitors are entered in the category.</w:t>
      </w:r>
    </w:p>
    <w:p w14:paraId="39FB40FD" w14:textId="77777777" w:rsidR="001270F9" w:rsidRDefault="00000000">
      <w:pPr>
        <w:pStyle w:val="ListBullet"/>
      </w:pPr>
      <w:r>
        <w:t>If at least two women compete, a women's best gross award will be presented; otherwise, men and women compete for the same gross prizes.</w:t>
      </w:r>
    </w:p>
    <w:p w14:paraId="76F90698" w14:textId="77777777" w:rsidR="001270F9" w:rsidRDefault="00000000">
      <w:pPr>
        <w:pStyle w:val="ListBullet"/>
      </w:pPr>
      <w:r>
        <w:t>Best overall net and runner-up across sight categories. With at least two women, separate men's and women's net competitions will be held.</w:t>
      </w:r>
    </w:p>
    <w:p w14:paraId="4A7EE982" w14:textId="77777777" w:rsidR="001270F9" w:rsidRDefault="00000000">
      <w:pPr>
        <w:pStyle w:val="ListBullet"/>
      </w:pPr>
      <w:r>
        <w:t>Stableford: Overall First, Second and Third place.</w:t>
      </w:r>
    </w:p>
    <w:p w14:paraId="01D0F679" w14:textId="77777777" w:rsidR="001270F9" w:rsidRDefault="00000000">
      <w:pPr>
        <w:pStyle w:val="Heading1"/>
      </w:pPr>
      <w:r>
        <w:lastRenderedPageBreak/>
        <w:t>Explore Alberta</w:t>
      </w:r>
    </w:p>
    <w:p w14:paraId="488C360E" w14:textId="77777777" w:rsidR="001270F9" w:rsidRDefault="00000000">
      <w:r>
        <w:t>Make the most of your trip. Championship golf, prairie hospitality and the Rockies within reach.</w:t>
      </w:r>
    </w:p>
    <w:p w14:paraId="46029679" w14:textId="77777777" w:rsidR="001270F9" w:rsidRDefault="00000000">
      <w:r>
        <w:t>BUILD A LITTLE EXTRA TIME INTO YOUR TRIP. High River puts you close to Calgary, foothills communities and some of Canada's most memorable mountain destinations.</w:t>
      </w:r>
    </w:p>
    <w:p w14:paraId="6C537333" w14:textId="77777777" w:rsidR="001270F9" w:rsidRDefault="00000000">
      <w:pPr>
        <w:pStyle w:val="Heading2"/>
      </w:pPr>
      <w:r>
        <w:t>CITY EXPERIENCES</w:t>
      </w:r>
    </w:p>
    <w:p w14:paraId="58776429" w14:textId="77777777" w:rsidR="001270F9" w:rsidRDefault="00000000">
      <w:pPr>
        <w:pStyle w:val="ListBullet"/>
      </w:pPr>
      <w:r>
        <w:t>Calgary Tower — glass-floor observation deck and 360° views.</w:t>
      </w:r>
    </w:p>
    <w:p w14:paraId="774A63D0" w14:textId="77777777" w:rsidR="001270F9" w:rsidRDefault="00000000">
      <w:pPr>
        <w:pStyle w:val="ListBullet"/>
      </w:pPr>
      <w:r>
        <w:t>Prince's Island Park — downtown green space along the Bow River.</w:t>
      </w:r>
    </w:p>
    <w:p w14:paraId="7BE42A7B" w14:textId="77777777" w:rsidR="001270F9" w:rsidRDefault="00000000">
      <w:pPr>
        <w:pStyle w:val="ListBullet"/>
      </w:pPr>
      <w:r>
        <w:t>Heritage Park Historical Village — steam train, paddle wheeler and Gasoline Alley Museum.</w:t>
      </w:r>
    </w:p>
    <w:p w14:paraId="7B3E9DB3" w14:textId="77777777" w:rsidR="001270F9" w:rsidRDefault="00000000">
      <w:pPr>
        <w:pStyle w:val="ListBullet"/>
      </w:pPr>
      <w:r>
        <w:t>Stephen Avenue Walk — shops, cafés and restaurants.</w:t>
      </w:r>
    </w:p>
    <w:p w14:paraId="2C34E752" w14:textId="77777777" w:rsidR="001270F9" w:rsidRDefault="00000000">
      <w:pPr>
        <w:pStyle w:val="ListBullet"/>
      </w:pPr>
      <w:r>
        <w:t>Scotsman's Hill — a free skyline viewpoint.</w:t>
      </w:r>
    </w:p>
    <w:p w14:paraId="049B020B" w14:textId="77777777" w:rsidR="001270F9" w:rsidRDefault="00000000">
      <w:pPr>
        <w:pStyle w:val="ListBullet"/>
      </w:pPr>
      <w:r>
        <w:t>Calgary Zoo — wildlife exhibits and conservatory.</w:t>
      </w:r>
    </w:p>
    <w:p w14:paraId="49AA1DE3" w14:textId="77777777" w:rsidR="001270F9" w:rsidRDefault="00000000">
      <w:pPr>
        <w:pStyle w:val="Heading2"/>
      </w:pPr>
      <w:r>
        <w:t>FOOTHILLS FLAVOUR</w:t>
      </w:r>
    </w:p>
    <w:p w14:paraId="1E4968A8" w14:textId="77777777" w:rsidR="001270F9" w:rsidRDefault="00000000">
      <w:pPr>
        <w:pStyle w:val="ListBullet"/>
      </w:pPr>
      <w:r>
        <w:t>Chuckwagon Café in Diamond Valley.</w:t>
      </w:r>
    </w:p>
    <w:p w14:paraId="0140AAAF" w14:textId="77777777" w:rsidR="001270F9" w:rsidRDefault="00000000">
      <w:pPr>
        <w:pStyle w:val="ListBullet"/>
      </w:pPr>
      <w:r>
        <w:t>Longview — classic Alberta steak-country experience.</w:t>
      </w:r>
    </w:p>
    <w:p w14:paraId="28E0B126" w14:textId="77777777" w:rsidR="001270F9" w:rsidRDefault="00000000">
      <w:pPr>
        <w:pStyle w:val="ListBullet"/>
      </w:pPr>
      <w:r>
        <w:t>Catch an Okotoks Dawgs baseball game.</w:t>
      </w:r>
    </w:p>
    <w:p w14:paraId="4EF8D3C6" w14:textId="77777777" w:rsidR="001270F9" w:rsidRDefault="00000000">
      <w:pPr>
        <w:pStyle w:val="Heading2"/>
      </w:pPr>
      <w:r>
        <w:t>WORTH THE DRIVE</w:t>
      </w:r>
    </w:p>
    <w:p w14:paraId="3AE13786" w14:textId="77777777" w:rsidR="001270F9" w:rsidRDefault="00000000">
      <w:pPr>
        <w:pStyle w:val="ListBullet"/>
      </w:pPr>
      <w:r>
        <w:t>Banff National Park — turquoise lakes, glaciers and mountain scenery.</w:t>
      </w:r>
    </w:p>
    <w:p w14:paraId="6D1BD0B7" w14:textId="77777777" w:rsidR="001270F9" w:rsidRDefault="00000000">
      <w:pPr>
        <w:pStyle w:val="ListBullet"/>
      </w:pPr>
      <w:r>
        <w:t>Cave and Basin National Historic Site — birthplace of Canada's national parks system.</w:t>
      </w:r>
    </w:p>
    <w:p w14:paraId="5F22EFCB" w14:textId="77777777" w:rsidR="001270F9" w:rsidRDefault="00000000">
      <w:pPr>
        <w:pStyle w:val="Heading2"/>
      </w:pPr>
      <w:r>
        <w:t>GOLF NEARBY</w:t>
      </w:r>
    </w:p>
    <w:p w14:paraId="5A562D90" w14:textId="77777777" w:rsidR="001270F9" w:rsidRDefault="00000000">
      <w:pPr>
        <w:pStyle w:val="ListBullet"/>
      </w:pPr>
      <w:r>
        <w:t>Banff Springs Golf Club — Stanley Thompson mountain classic.</w:t>
      </w:r>
    </w:p>
    <w:p w14:paraId="371EDFF4" w14:textId="77777777" w:rsidR="001270F9" w:rsidRDefault="00000000">
      <w:pPr>
        <w:pStyle w:val="ListBullet"/>
      </w:pPr>
      <w:r>
        <w:t>Kananaskis Country Golf Course — 36 holes on Mt. Kidd and Mt. Lorette.</w:t>
      </w:r>
    </w:p>
    <w:p w14:paraId="36826A09" w14:textId="77777777" w:rsidR="001270F9" w:rsidRDefault="00000000">
      <w:pPr>
        <w:pStyle w:val="ListBullet"/>
      </w:pPr>
      <w:r>
        <w:t>Silvertip Resort — dramatic Bow Valley elevation changes.</w:t>
      </w:r>
    </w:p>
    <w:p w14:paraId="442A9F4E" w14:textId="77777777" w:rsidR="001270F9" w:rsidRDefault="00000000">
      <w:pPr>
        <w:pStyle w:val="ListBullet"/>
      </w:pPr>
      <w:r>
        <w:t>Stewart Creek Golf Club — mountain golf near Canmore.</w:t>
      </w:r>
    </w:p>
    <w:p w14:paraId="322E4A7B" w14:textId="77777777" w:rsidR="001270F9" w:rsidRDefault="00000000">
      <w:pPr>
        <w:pStyle w:val="Heading1"/>
      </w:pPr>
      <w:r>
        <w:t>Closing</w:t>
      </w:r>
    </w:p>
    <w:p w14:paraId="34EC0DAD" w14:textId="77777777" w:rsidR="001270F9" w:rsidRDefault="00000000">
      <w:r>
        <w:t>We look forward to hosting you!</w:t>
      </w:r>
    </w:p>
    <w:p w14:paraId="5ED57A24" w14:textId="77777777" w:rsidR="001270F9" w:rsidRDefault="00000000">
      <w:r>
        <w:t>We can still play!</w:t>
      </w:r>
    </w:p>
    <w:p w14:paraId="3EBB9E2E" w14:textId="77777777" w:rsidR="001270F9" w:rsidRDefault="00000000">
      <w:r>
        <w:br w:type="page"/>
      </w:r>
    </w:p>
    <w:p w14:paraId="3EB02227" w14:textId="77777777" w:rsidR="001270F9" w:rsidRDefault="00000000">
      <w:pPr>
        <w:pStyle w:val="Heading1"/>
      </w:pPr>
      <w:r>
        <w:lastRenderedPageBreak/>
        <w:t>2027 ISPS HANDA Canadian Open — Registration Form</w:t>
      </w:r>
    </w:p>
    <w:p w14:paraId="061B0B09" w14:textId="77777777" w:rsidR="001270F9" w:rsidRDefault="00000000">
      <w:r>
        <w:t>Registration deadline: April 30, 2027. Entry fee: $400 CAD.</w:t>
      </w:r>
    </w:p>
    <w:p w14:paraId="56831C14" w14:textId="77777777" w:rsidR="001270F9" w:rsidRDefault="00000000">
      <w:r>
        <w:t>Complete the following fields in Word. You can type your answer after each label, replacing the blank line.</w:t>
      </w:r>
    </w:p>
    <w:p w14:paraId="7ED913DD" w14:textId="77777777" w:rsidR="001270F9" w:rsidRDefault="00000000">
      <w:pPr>
        <w:pStyle w:val="Heading1"/>
      </w:pPr>
      <w:r>
        <w:t>Player information</w:t>
      </w:r>
    </w:p>
    <w:p w14:paraId="68DBF500" w14:textId="77777777" w:rsidR="001270F9" w:rsidRDefault="00000000">
      <w:r>
        <w:t>Name: ______________________________________________</w:t>
      </w:r>
    </w:p>
    <w:p w14:paraId="5952FA9B" w14:textId="77777777" w:rsidR="001270F9" w:rsidRDefault="00000000">
      <w:r>
        <w:t>Address: ______________________________________________</w:t>
      </w:r>
    </w:p>
    <w:p w14:paraId="5F6504F1" w14:textId="77777777" w:rsidR="001270F9" w:rsidRDefault="00000000">
      <w:r>
        <w:t>City: ______________________________________________</w:t>
      </w:r>
    </w:p>
    <w:p w14:paraId="417B7C53" w14:textId="77777777" w:rsidR="001270F9" w:rsidRDefault="00000000">
      <w:r>
        <w:t>Province or State: ______________________________________________</w:t>
      </w:r>
    </w:p>
    <w:p w14:paraId="395D4FC6" w14:textId="77777777" w:rsidR="001270F9" w:rsidRDefault="00000000">
      <w:r>
        <w:t>Country: ______________________________________________</w:t>
      </w:r>
    </w:p>
    <w:p w14:paraId="4BCA2DAE" w14:textId="77777777" w:rsidR="001270F9" w:rsidRDefault="00000000">
      <w:r>
        <w:t>Postal or ZIP Code: ______________________________________________</w:t>
      </w:r>
    </w:p>
    <w:p w14:paraId="26474261" w14:textId="77777777" w:rsidR="001270F9" w:rsidRDefault="00000000">
      <w:r>
        <w:t>Phone Number: ______________________________________________</w:t>
      </w:r>
    </w:p>
    <w:p w14:paraId="16CA58BC" w14:textId="77777777" w:rsidR="001270F9" w:rsidRDefault="00000000">
      <w:r>
        <w:t>Email: ______________________________________________</w:t>
      </w:r>
    </w:p>
    <w:p w14:paraId="6BBAE170" w14:textId="77777777" w:rsidR="001270F9" w:rsidRDefault="00000000">
      <w:r>
        <w:t>Coach’s Name: ______________________________________________</w:t>
      </w:r>
    </w:p>
    <w:p w14:paraId="7B6767EA" w14:textId="77777777" w:rsidR="001270F9" w:rsidRDefault="00000000">
      <w:r>
        <w:t>Coach’s Email: ______________________________________________</w:t>
      </w:r>
    </w:p>
    <w:p w14:paraId="490A814E" w14:textId="77777777" w:rsidR="001270F9" w:rsidRDefault="00000000">
      <w:pPr>
        <w:pStyle w:val="Heading1"/>
      </w:pPr>
      <w:r>
        <w:t>Golf information</w:t>
      </w:r>
    </w:p>
    <w:p w14:paraId="330F6C92" w14:textId="77777777" w:rsidR="001270F9" w:rsidRDefault="00000000">
      <w:r>
        <w:t>Player handicap: ______________________________________________</w:t>
      </w:r>
    </w:p>
    <w:p w14:paraId="71C4F1B5" w14:textId="77777777" w:rsidR="001270F9" w:rsidRDefault="00000000">
      <w:r>
        <w:t>Sight category (B1, B2, or B3): ______________________________________________</w:t>
      </w:r>
    </w:p>
    <w:p w14:paraId="2B799056" w14:textId="77777777" w:rsidR="001270F9" w:rsidRDefault="00000000">
      <w:r>
        <w:t>Player shirt size: ______________________________________________</w:t>
      </w:r>
    </w:p>
    <w:p w14:paraId="71A2F627" w14:textId="77777777" w:rsidR="001270F9" w:rsidRDefault="00000000">
      <w:r>
        <w:t>Coach shirt size: ______________________________________________</w:t>
      </w:r>
    </w:p>
    <w:p w14:paraId="13CA17E1" w14:textId="77777777" w:rsidR="001270F9" w:rsidRDefault="00000000">
      <w:r>
        <w:t>Coach practice round on August 16? Enter Yes or No: ______________________________________________</w:t>
      </w:r>
    </w:p>
    <w:p w14:paraId="4B02C0D2" w14:textId="77777777" w:rsidR="001270F9" w:rsidRDefault="00000000">
      <w:r>
        <w:t>If yes, add $50 to registration fees.</w:t>
      </w:r>
    </w:p>
    <w:p w14:paraId="43AC06F7" w14:textId="77777777" w:rsidR="001270F9" w:rsidRDefault="00000000">
      <w:pPr>
        <w:pStyle w:val="Heading1"/>
      </w:pPr>
      <w:r>
        <w:t>Accommodation</w:t>
      </w:r>
    </w:p>
    <w:p w14:paraId="399400EE" w14:textId="77777777" w:rsidR="001270F9" w:rsidRDefault="00000000">
      <w:r>
        <w:t>Host hotel: Best Western Okotoks, 00 Southbank Road, Okotoks, Alberta, T1S 0N3, Canada.</w:t>
      </w:r>
    </w:p>
    <w:p w14:paraId="7DF48412" w14:textId="77777777" w:rsidR="001270F9" w:rsidRDefault="00000000">
      <w:r>
        <w:t>All accommodations are based on double occupancy. If you require a single room, contact the organizers to determine cost and availability. We will make every effort to meet room preferences.</w:t>
      </w:r>
    </w:p>
    <w:p w14:paraId="287BB009" w14:textId="77777777" w:rsidR="001270F9" w:rsidRDefault="00000000">
      <w:r>
        <w:lastRenderedPageBreak/>
        <w:t>Room preference — Two queen beds or One king bed: ______________________________________________</w:t>
      </w:r>
    </w:p>
    <w:p w14:paraId="2C1D08BC" w14:textId="77777777" w:rsidR="001270F9" w:rsidRDefault="00000000">
      <w:r>
        <w:t>I agree to have my name listed on the event website. Enter Yes or No: ______________________________________________</w:t>
      </w:r>
    </w:p>
    <w:p w14:paraId="70E4E85D" w14:textId="77777777" w:rsidR="001270F9" w:rsidRDefault="00000000">
      <w:r>
        <w:t>I agree to have my coach’s name listed on the event website. Enter Yes or No: ______________________________________________</w:t>
      </w:r>
    </w:p>
    <w:p w14:paraId="18B33059" w14:textId="77777777" w:rsidR="001270F9" w:rsidRDefault="00000000">
      <w:pPr>
        <w:pStyle w:val="Heading1"/>
      </w:pPr>
      <w:r>
        <w:t>Meals and special requirements</w:t>
      </w:r>
    </w:p>
    <w:p w14:paraId="2D5283DA" w14:textId="77777777" w:rsidR="001270F9" w:rsidRDefault="00000000">
      <w:r>
        <w:t>Extra guests joining you and your coach? Enter Yes or No: ______________________________________________</w:t>
      </w:r>
    </w:p>
    <w:p w14:paraId="5198FA8A" w14:textId="77777777" w:rsidR="001270F9" w:rsidRDefault="00000000">
      <w:r>
        <w:t>Meet and Greet extra meals at $25 each — how many? ______________________________________________</w:t>
      </w:r>
    </w:p>
    <w:p w14:paraId="74D070BF" w14:textId="77777777" w:rsidR="001270F9" w:rsidRDefault="00000000">
      <w:r>
        <w:t>Awards Dinner extra meals at $50 each — how many? ______________________________________________</w:t>
      </w:r>
    </w:p>
    <w:p w14:paraId="7B824FCF" w14:textId="77777777" w:rsidR="001270F9" w:rsidRDefault="00000000">
      <w:r>
        <w:t>Please include additional meal fees, if known, with registration fees.</w:t>
      </w:r>
    </w:p>
    <w:p w14:paraId="513CC54A" w14:textId="77777777" w:rsidR="001270F9" w:rsidRDefault="00000000">
      <w:r>
        <w:t>Special assistance or dietary requirements: ______________________________________________</w:t>
      </w:r>
    </w:p>
    <w:p w14:paraId="236982EC" w14:textId="77777777" w:rsidR="001270F9" w:rsidRDefault="00000000">
      <w:pPr>
        <w:pStyle w:val="Heading1"/>
      </w:pPr>
      <w:r>
        <w:t>Transportation</w:t>
      </w:r>
    </w:p>
    <w:p w14:paraId="21D065D0" w14:textId="77777777" w:rsidR="001270F9" w:rsidRDefault="00000000">
      <w:r>
        <w:t>Do you require transportation while in High River? Enter Yes or No: ______________________________________________</w:t>
      </w:r>
    </w:p>
    <w:p w14:paraId="52DE9A61" w14:textId="77777777" w:rsidR="001270F9" w:rsidRDefault="00000000">
      <w:r>
        <w:t>Can you provide transportation if you are driving to the event? Enter Yes or No: ______________________________________________</w:t>
      </w:r>
    </w:p>
    <w:p w14:paraId="40D54F75" w14:textId="77777777" w:rsidR="001270F9" w:rsidRDefault="00000000">
      <w:r>
        <w:t>If yes, how many people can you transport daily? ______________________________________________</w:t>
      </w:r>
    </w:p>
    <w:p w14:paraId="52561BA3" w14:textId="77777777" w:rsidR="001270F9" w:rsidRDefault="00000000">
      <w:r>
        <w:t>Do you require transportation from Calgary YYC to Best Western Okotoks? Enter Yes or No: ______________________________________________</w:t>
      </w:r>
    </w:p>
    <w:p w14:paraId="4C6F17C7" w14:textId="77777777" w:rsidR="001270F9" w:rsidRDefault="00000000">
      <w:r>
        <w:t>If yes, provide flight details: ______________________________________________</w:t>
      </w:r>
    </w:p>
    <w:p w14:paraId="5CF005C8" w14:textId="77777777" w:rsidR="001270F9" w:rsidRDefault="00000000">
      <w:r>
        <w:t>Calgary YYC to Best Western Okotoks shuttle departure times: 12:00 PM and 4:00 PM. Please try to plan your flights around these departure times.</w:t>
      </w:r>
    </w:p>
    <w:p w14:paraId="7F1AB759" w14:textId="77777777" w:rsidR="001270F9" w:rsidRDefault="00000000">
      <w:pPr>
        <w:pStyle w:val="Heading1"/>
      </w:pPr>
      <w:r>
        <w:t>Payment and cancellation</w:t>
      </w:r>
    </w:p>
    <w:p w14:paraId="3EF8CE8A" w14:textId="77777777" w:rsidR="001270F9" w:rsidRDefault="00000000">
      <w:r>
        <w:t>Entry fee: $400 CAD.</w:t>
      </w:r>
    </w:p>
    <w:p w14:paraId="6A184BB0" w14:textId="77777777" w:rsidR="001270F9" w:rsidRDefault="00000000">
      <w:r>
        <w:t>E-transfer payment to: blindgolfcanada@gmail.com. Include your name in the message.</w:t>
      </w:r>
    </w:p>
    <w:p w14:paraId="411C8AAF" w14:textId="77777777" w:rsidR="001270F9" w:rsidRDefault="00000000">
      <w:r>
        <w:t>Cheque: BGC C/O Derek Kibblewhite, 12 Scenic Glenn Gate NW, Calgary, AB T3L-1K5.</w:t>
      </w:r>
    </w:p>
    <w:p w14:paraId="7F013D0D" w14:textId="77777777" w:rsidR="001270F9" w:rsidRDefault="00000000">
      <w:r>
        <w:lastRenderedPageBreak/>
        <w:t>Return the completed registration form by email or mail to: kibblewhitederek@gmail.com; Derek Kibblewhite, 12 Scenic Glenn Gate NW, Calgary, AB T3L-1K5.</w:t>
      </w:r>
    </w:p>
    <w:p w14:paraId="6D9027FC" w14:textId="77777777" w:rsidR="001270F9" w:rsidRDefault="00000000">
      <w:pPr>
        <w:pStyle w:val="Heading2"/>
      </w:pPr>
      <w:r>
        <w:t>Cancellation policy</w:t>
      </w:r>
    </w:p>
    <w:p w14:paraId="4E5AEFF3" w14:textId="77777777" w:rsidR="001270F9" w:rsidRDefault="00000000">
      <w:r>
        <w:t>If a participant must cancel after the due date, Blind Golf Canada will determine whether the cancellation is due to medical reasons or another unforeseen circumstance outside the participant’s control. If the circumstances are deemed legitimate, BGC will return fees paid. BGC reserves the right to withhold some or all fees if costs have already been incurred.</w:t>
      </w:r>
    </w:p>
    <w:p w14:paraId="11B40B6E" w14:textId="77777777" w:rsidR="001270F9" w:rsidRDefault="00000000">
      <w:r>
        <w:t>I accept the conditions of this entry as set forth in the information package. Enter Yes or No: ______________________________________________</w:t>
      </w:r>
    </w:p>
    <w:p w14:paraId="43273FBF" w14:textId="77777777" w:rsidR="001270F9" w:rsidRDefault="00000000">
      <w:r>
        <w:t>Signature (type full name): ______________________________________________</w:t>
      </w:r>
    </w:p>
    <w:p w14:paraId="53C5527C" w14:textId="77777777" w:rsidR="001270F9" w:rsidRDefault="00000000">
      <w:r>
        <w:t>Date: ______________________________________________</w:t>
      </w:r>
    </w:p>
    <w:p w14:paraId="53FA3F8E" w14:textId="77777777" w:rsidR="001270F9" w:rsidRDefault="00000000">
      <w:r>
        <w:t>We look forward to hosting you!</w:t>
      </w:r>
    </w:p>
    <w:sectPr w:rsidR="001270F9" w:rsidSect="00034616">
      <w:pgSz w:w="12240" w:h="15840"/>
      <w:pgMar w:top="1152"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12505125">
    <w:abstractNumId w:val="8"/>
  </w:num>
  <w:num w:numId="2" w16cid:durableId="2132895674">
    <w:abstractNumId w:val="6"/>
  </w:num>
  <w:num w:numId="3" w16cid:durableId="611018561">
    <w:abstractNumId w:val="5"/>
  </w:num>
  <w:num w:numId="4" w16cid:durableId="1392849007">
    <w:abstractNumId w:val="4"/>
  </w:num>
  <w:num w:numId="5" w16cid:durableId="1616710664">
    <w:abstractNumId w:val="7"/>
  </w:num>
  <w:num w:numId="6" w16cid:durableId="531236596">
    <w:abstractNumId w:val="3"/>
  </w:num>
  <w:num w:numId="7" w16cid:durableId="2052550">
    <w:abstractNumId w:val="2"/>
  </w:num>
  <w:num w:numId="8" w16cid:durableId="398747111">
    <w:abstractNumId w:val="1"/>
  </w:num>
  <w:num w:numId="9" w16cid:durableId="847789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66C1"/>
    <w:rsid w:val="001270F9"/>
    <w:rsid w:val="0015074B"/>
    <w:rsid w:val="0029639D"/>
    <w:rsid w:val="00326F90"/>
    <w:rsid w:val="004957E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A0D429"/>
  <w14:defaultImageDpi w14:val="300"/>
  <w15:docId w15:val="{D5519D0E-064C-4458-8763-1312D3065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rial" w:hAnsi="Arial"/>
      <w:sz w:val="24"/>
    </w:rPr>
  </w:style>
  <w:style w:type="paragraph" w:styleId="Heading1">
    <w:name w:val="heading 1"/>
    <w:basedOn w:val="Normal"/>
    <w:next w:val="Normal"/>
    <w:link w:val="Heading1Char"/>
    <w:uiPriority w:val="9"/>
    <w:qFormat/>
    <w:rsid w:val="00FC693F"/>
    <w:pPr>
      <w:keepNext/>
      <w:keepLines/>
      <w:spacing w:before="280"/>
      <w:outlineLvl w:val="0"/>
    </w:pPr>
    <w:rPr>
      <w:rFonts w:asciiTheme="majorHAnsi" w:eastAsiaTheme="majorEastAsia" w:hAnsiTheme="majorHAnsi" w:cstheme="majorBidi"/>
      <w:b/>
      <w:bCs/>
      <w:color w:val="141414"/>
      <w:sz w:val="32"/>
      <w:szCs w:val="28"/>
    </w:rPr>
  </w:style>
  <w:style w:type="paragraph" w:styleId="Heading2">
    <w:name w:val="heading 2"/>
    <w:basedOn w:val="Normal"/>
    <w:next w:val="Normal"/>
    <w:link w:val="Heading2Char"/>
    <w:uiPriority w:val="9"/>
    <w:unhideWhenUsed/>
    <w:qFormat/>
    <w:rsid w:val="00FC693F"/>
    <w:pPr>
      <w:keepNext/>
      <w:keepLines/>
      <w:spacing w:before="280"/>
      <w:outlineLvl w:val="1"/>
    </w:pPr>
    <w:rPr>
      <w:rFonts w:asciiTheme="majorHAnsi" w:eastAsiaTheme="majorEastAsia" w:hAnsiTheme="majorHAnsi" w:cstheme="majorBidi"/>
      <w:b/>
      <w:bCs/>
      <w:color w:val="14141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80" w:line="240" w:lineRule="auto"/>
      <w:contextualSpacing/>
    </w:pPr>
    <w:rPr>
      <w:rFonts w:asciiTheme="majorHAnsi" w:eastAsiaTheme="majorEastAsia" w:hAnsiTheme="majorHAnsi" w:cstheme="majorBidi"/>
      <w:b/>
      <w:color w:val="141414"/>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1174</Words>
  <Characters>6695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ISPS HANDA Canadian Open — Accessible Tournament Information</dc:title>
  <dc:subject>Linear, screen-reader-friendly tournament information for JAWS</dc:subject>
  <dc:creator>python-docx</dc:creator>
  <cp:keywords/>
  <dc:description>generated by python-docx</dc:description>
  <cp:lastModifiedBy>Patti Frost</cp:lastModifiedBy>
  <cp:revision>2</cp:revision>
  <dcterms:created xsi:type="dcterms:W3CDTF">2026-10-22T10:32:00Z</dcterms:created>
  <dcterms:modified xsi:type="dcterms:W3CDTF">2026-10-22T10:32:00Z</dcterms:modified>
  <cp:category/>
</cp:coreProperties>
</file>