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BAA25" w14:textId="77777777" w:rsidR="008F4676" w:rsidRDefault="0000222B">
      <w:pPr>
        <w:pStyle w:val="Title"/>
        <w:jc w:val="center"/>
      </w:pPr>
      <w:r>
        <w:t>2027 WCBGA Championship</w:t>
      </w:r>
      <w:r>
        <w:br/>
        <w:t>JAWS-Accessible Tournament Information and Registration Form</w:t>
      </w:r>
    </w:p>
    <w:p w14:paraId="04BB22A4" w14:textId="77777777" w:rsidR="008F4676" w:rsidRDefault="0000222B">
      <w:r>
        <w:rPr>
          <w:b/>
        </w:rPr>
        <w:t>July 11-15, 2027 | Warman, Saskatchewan</w:t>
      </w:r>
    </w:p>
    <w:p w14:paraId="1A2C8ED9" w14:textId="77777777" w:rsidR="008F4676" w:rsidRDefault="0000222B">
      <w:r>
        <w:t>This version is designed for people who use JAWS or another screen reader. It uses a simple reading order, Word heading styles, plain text, and no decorative layout, columns, or visual-only form boxes.</w:t>
      </w:r>
    </w:p>
    <w:p w14:paraId="3A70E72F" w14:textId="77777777" w:rsidR="008F4676" w:rsidRDefault="0000222B">
      <w:r>
        <w:t>Navigation tip: JAWS users can move through the document by headings. The registration questions follow the numbering used in the original registration form.</w:t>
      </w:r>
    </w:p>
    <w:p w14:paraId="1861D370" w14:textId="77777777" w:rsidR="008F4676" w:rsidRDefault="0000222B">
      <w:r>
        <w:t>Questions about the event or this form: kibblewhitederek@gmail.com</w:t>
      </w:r>
    </w:p>
    <w:p w14:paraId="7BF92F99" w14:textId="77777777" w:rsidR="008F4676" w:rsidRDefault="0000222B">
      <w:pPr>
        <w:pStyle w:val="Heading1"/>
      </w:pPr>
      <w:r>
        <w:rPr>
          <w:b w:val="0"/>
        </w:rPr>
        <w:t>Part 1: Tournament Information</w:t>
      </w:r>
    </w:p>
    <w:p w14:paraId="21A3FE77" w14:textId="77777777" w:rsidR="008F4676" w:rsidRDefault="0000222B">
      <w:pPr>
        <w:pStyle w:val="Heading2"/>
      </w:pPr>
      <w:r>
        <w:rPr>
          <w:b w:val="0"/>
        </w:rPr>
        <w:t>2027 WCBGA Championship</w:t>
      </w:r>
    </w:p>
    <w:p w14:paraId="2B65D4B4" w14:textId="77777777" w:rsidR="008F4676" w:rsidRDefault="0000222B">
      <w:r>
        <w:t>Presented by Robertson Bulk Sales</w:t>
      </w:r>
    </w:p>
    <w:p w14:paraId="7C9DBD14" w14:textId="77777777" w:rsidR="008F4676" w:rsidRDefault="0000222B">
      <w:r>
        <w:t>Dates: July 11-15, 2027</w:t>
      </w:r>
    </w:p>
    <w:p w14:paraId="4A6B913D" w14:textId="77777777" w:rsidR="008F4676" w:rsidRDefault="0000222B">
      <w:r>
        <w:t>Location: Warman, Saskatchewan</w:t>
      </w:r>
    </w:p>
    <w:p w14:paraId="1BAFBD6F" w14:textId="77777777" w:rsidR="008F4676" w:rsidRDefault="0000222B">
      <w:r>
        <w:t>Host course: The Legends Golf Club</w:t>
      </w:r>
    </w:p>
    <w:p w14:paraId="400310DC" w14:textId="77777777" w:rsidR="008F4676" w:rsidRDefault="0000222B">
      <w:r>
        <w:t>Host hotel: Days Inn &amp; Suites by Wyndham Warman</w:t>
      </w:r>
    </w:p>
    <w:p w14:paraId="50AA90FA" w14:textId="77777777" w:rsidR="008F4676" w:rsidRDefault="0000222B">
      <w:r>
        <w:t>Entry fee: $400 CAD</w:t>
      </w:r>
    </w:p>
    <w:p w14:paraId="3A88A47B" w14:textId="77777777" w:rsidR="008F4676" w:rsidRDefault="0000222B">
      <w:r>
        <w:t>Registration deadline: March 31, 2027</w:t>
      </w:r>
    </w:p>
    <w:p w14:paraId="271ADE79" w14:textId="77777777" w:rsidR="008F4676" w:rsidRDefault="0000222B">
      <w:r>
        <w:rPr>
          <w:i/>
        </w:rPr>
        <w:t>Golf. Friendship. Competition. A week to remember.</w:t>
      </w:r>
    </w:p>
    <w:p w14:paraId="4CD58EFD" w14:textId="77777777" w:rsidR="008F4676" w:rsidRDefault="0000222B">
      <w:pPr>
        <w:pStyle w:val="Heading2"/>
      </w:pPr>
      <w:r>
        <w:rPr>
          <w:b w:val="0"/>
        </w:rPr>
        <w:t>Come Join Us</w:t>
      </w:r>
    </w:p>
    <w:p w14:paraId="37DB613E" w14:textId="77777777" w:rsidR="008F4676" w:rsidRDefault="0000222B">
      <w:r>
        <w:t>Join blind and visually impaired golfers, coaches and friends from across Canada and beyond for a championship built around great golf, great people and a welcoming WCBGA atmosphere.</w:t>
      </w:r>
    </w:p>
    <w:p w14:paraId="762E5F7C" w14:textId="77777777" w:rsidR="008F4676" w:rsidRDefault="0000222B">
      <w:pPr>
        <w:pStyle w:val="Heading2"/>
      </w:pPr>
      <w:r>
        <w:rPr>
          <w:b w:val="0"/>
        </w:rPr>
        <w:t>Your Event Package</w:t>
      </w:r>
    </w:p>
    <w:p w14:paraId="6C1221B0" w14:textId="77777777" w:rsidR="008F4676" w:rsidRDefault="0000222B">
      <w:pPr>
        <w:pStyle w:val="ListBullet"/>
      </w:pPr>
      <w:r>
        <w:t>Four nights accommodation.</w:t>
      </w:r>
    </w:p>
    <w:p w14:paraId="0EA350B4" w14:textId="77777777" w:rsidR="008F4676" w:rsidRDefault="0000222B">
      <w:pPr>
        <w:pStyle w:val="ListBullet"/>
      </w:pPr>
      <w:r>
        <w:lastRenderedPageBreak/>
        <w:t>Daily full breakfast for player and coach.</w:t>
      </w:r>
    </w:p>
    <w:p w14:paraId="2A5BD54B" w14:textId="77777777" w:rsidR="008F4676" w:rsidRDefault="0000222B">
      <w:pPr>
        <w:pStyle w:val="ListBullet"/>
      </w:pPr>
      <w:r>
        <w:t>Three rounds of golf with cart.</w:t>
      </w:r>
    </w:p>
    <w:p w14:paraId="2012782A" w14:textId="77777777" w:rsidR="008F4676" w:rsidRDefault="0000222B">
      <w:pPr>
        <w:pStyle w:val="ListBullet"/>
      </w:pPr>
      <w:r>
        <w:t>Full use of the practice facility each day.</w:t>
      </w:r>
    </w:p>
    <w:p w14:paraId="7F989588" w14:textId="77777777" w:rsidR="008F4676" w:rsidRDefault="0000222B">
      <w:pPr>
        <w:pStyle w:val="ListBullet"/>
      </w:pPr>
      <w:r>
        <w:t>Bagged lunches for player and coach on all three golf days.</w:t>
      </w:r>
    </w:p>
    <w:p w14:paraId="1BAD7E0A" w14:textId="77777777" w:rsidR="008F4676" w:rsidRDefault="0000222B">
      <w:pPr>
        <w:pStyle w:val="ListBullet"/>
      </w:pPr>
      <w:r>
        <w:t>Meet &amp; Greet appetizers or dinner for player and coach.</w:t>
      </w:r>
    </w:p>
    <w:p w14:paraId="69C91461" w14:textId="77777777" w:rsidR="008F4676" w:rsidRDefault="0000222B">
      <w:pPr>
        <w:pStyle w:val="ListBullet"/>
      </w:pPr>
      <w:r>
        <w:t>Awards dinner meals for player and coach.</w:t>
      </w:r>
    </w:p>
    <w:p w14:paraId="621FC9C4" w14:textId="77777777" w:rsidR="008F4676" w:rsidRDefault="0000222B">
      <w:pPr>
        <w:pStyle w:val="ListBullet"/>
      </w:pPr>
      <w:r>
        <w:t>A welcoming championship atmosphere from start to finish.</w:t>
      </w:r>
    </w:p>
    <w:p w14:paraId="788C600E" w14:textId="77777777" w:rsidR="008F4676" w:rsidRDefault="0000222B">
      <w:pPr>
        <w:pStyle w:val="Heading2"/>
      </w:pPr>
      <w:r>
        <w:rPr>
          <w:b w:val="0"/>
        </w:rPr>
        <w:t>Host Course</w:t>
      </w:r>
    </w:p>
    <w:p w14:paraId="3C4E02F4" w14:textId="77777777" w:rsidR="008F4676" w:rsidRDefault="0000222B">
      <w:r>
        <w:t>The Legends Golf Club</w:t>
      </w:r>
    </w:p>
    <w:p w14:paraId="17D42CE0" w14:textId="77777777" w:rsidR="008F4676" w:rsidRDefault="0000222B">
      <w:r>
        <w:t>415 Clubhouse Boulevard East, Warman, Saskatchewan S0K 4S1</w:t>
      </w:r>
    </w:p>
    <w:p w14:paraId="41CA45DF" w14:textId="77777777" w:rsidR="008F4676" w:rsidRDefault="0000222B">
      <w:r>
        <w:t>Phone: 306-931-8814</w:t>
      </w:r>
    </w:p>
    <w:p w14:paraId="07E75435" w14:textId="77777777" w:rsidR="008F4676" w:rsidRDefault="0000222B">
      <w:r>
        <w:t>The course provides a convenient home base for golf and the week’s closing celebration.</w:t>
      </w:r>
    </w:p>
    <w:p w14:paraId="509620B6" w14:textId="77777777" w:rsidR="008F4676" w:rsidRDefault="0000222B">
      <w:pPr>
        <w:pStyle w:val="Heading2"/>
      </w:pPr>
      <w:r>
        <w:rPr>
          <w:b w:val="0"/>
        </w:rPr>
        <w:t>Host Hotel</w:t>
      </w:r>
    </w:p>
    <w:p w14:paraId="2A71CD72" w14:textId="77777777" w:rsidR="008F4676" w:rsidRDefault="0000222B">
      <w:r>
        <w:t>Days Inn &amp; Suites by Wyndham Warman</w:t>
      </w:r>
    </w:p>
    <w:p w14:paraId="6AE35465" w14:textId="77777777" w:rsidR="008F4676" w:rsidRDefault="0000222B">
      <w:r>
        <w:t>175 Clubhouse Boulevard, Warman, Saskatchewan S0K 4S1</w:t>
      </w:r>
    </w:p>
    <w:p w14:paraId="2E29998F" w14:textId="77777777" w:rsidR="008F4676" w:rsidRDefault="0000222B">
      <w:r>
        <w:t>The hotel will be the home base for the week, with breakfast and some tournament activities based there.</w:t>
      </w:r>
    </w:p>
    <w:p w14:paraId="0CF4C7F6" w14:textId="77777777" w:rsidR="008F4676" w:rsidRDefault="0000222B">
      <w:pPr>
        <w:pStyle w:val="Heading2"/>
      </w:pPr>
      <w:r>
        <w:rPr>
          <w:b w:val="0"/>
        </w:rPr>
        <w:t>Transportation</w:t>
      </w:r>
    </w:p>
    <w:p w14:paraId="25A7E702" w14:textId="77777777" w:rsidR="008F4676" w:rsidRDefault="0000222B">
      <w:r>
        <w:t>WCBGA volunteers will be available to assist participants who require transportation during championship week. We are planning airport pickup and drop-off service between Saskatoon Airport, airport code YXE, and the Days Inn Warman, as well as shuttle service between the host hotel and The Legends Golf Club on golf days.</w:t>
      </w:r>
    </w:p>
    <w:p w14:paraId="35560BDF" w14:textId="77777777" w:rsidR="008F4676" w:rsidRDefault="0000222B">
      <w:r>
        <w:t>Participants who require airport transportation will be asked to provide their flight information on the registration form so rides can be coordinated. Transportation is subject to volunteer availability and advance registration.</w:t>
      </w:r>
    </w:p>
    <w:p w14:paraId="4112432D" w14:textId="77777777" w:rsidR="008F4676" w:rsidRDefault="0000222B">
      <w:pPr>
        <w:pStyle w:val="Heading2"/>
      </w:pPr>
      <w:r>
        <w:rPr>
          <w:b w:val="0"/>
        </w:rPr>
        <w:lastRenderedPageBreak/>
        <w:t>Championship Week at a Glance</w:t>
      </w:r>
    </w:p>
    <w:p w14:paraId="74A7F507" w14:textId="77777777" w:rsidR="008F4676" w:rsidRDefault="0000222B">
      <w:pPr>
        <w:pStyle w:val="Heading3"/>
      </w:pPr>
      <w:r>
        <w:rPr>
          <w:b w:val="0"/>
        </w:rPr>
        <w:t>July 11 - Arrival</w:t>
      </w:r>
    </w:p>
    <w:p w14:paraId="6A700C05" w14:textId="77777777" w:rsidR="008F4676" w:rsidRDefault="0000222B">
      <w:r>
        <w:t>Check in at Days Inn Warman. Dinner is on your own. Settle in, reconnect and get ready for the week.</w:t>
      </w:r>
    </w:p>
    <w:p w14:paraId="678A0D08" w14:textId="77777777" w:rsidR="008F4676" w:rsidRDefault="0000222B">
      <w:pPr>
        <w:pStyle w:val="Heading3"/>
      </w:pPr>
      <w:r>
        <w:rPr>
          <w:b w:val="0"/>
        </w:rPr>
        <w:t>July 12 - Registration and Practice</w:t>
      </w:r>
    </w:p>
    <w:p w14:paraId="3622D75B" w14:textId="77777777" w:rsidR="008F4676" w:rsidRDefault="0000222B">
      <w:r>
        <w:t>Breakfast and registration in the morning, followed by the practice round at The Legends Golf Club. Meet &amp; Greet after the round at the Golf Club.</w:t>
      </w:r>
    </w:p>
    <w:p w14:paraId="71AC83AA" w14:textId="77777777" w:rsidR="008F4676" w:rsidRDefault="0000222B">
      <w:pPr>
        <w:pStyle w:val="Heading3"/>
      </w:pPr>
      <w:r>
        <w:rPr>
          <w:b w:val="0"/>
        </w:rPr>
        <w:t>July 13 - WCBGA Championship First Round</w:t>
      </w:r>
    </w:p>
    <w:p w14:paraId="02440726" w14:textId="77777777" w:rsidR="008F4676" w:rsidRDefault="0000222B">
      <w:r>
        <w:t>Breakfast at Days Inn Warman, bagged lunch provided, then the first championship round. Evening plans may include dinner and a fun activity, depending on fundraising.</w:t>
      </w:r>
    </w:p>
    <w:p w14:paraId="06D2EFFC" w14:textId="77777777" w:rsidR="008F4676" w:rsidRDefault="0000222B">
      <w:pPr>
        <w:pStyle w:val="Heading3"/>
      </w:pPr>
      <w:r>
        <w:rPr>
          <w:b w:val="0"/>
        </w:rPr>
        <w:t>July 14 - WCBGA Championship Final Round and Awards</w:t>
      </w:r>
    </w:p>
    <w:p w14:paraId="654D4C59" w14:textId="77777777" w:rsidR="008F4676" w:rsidRDefault="0000222B">
      <w:r>
        <w:t>Breakfast, bagged lunch and the final championship round, followed by the Awards Dinner at The Legends Golf Club.</w:t>
      </w:r>
    </w:p>
    <w:p w14:paraId="6176CCD6" w14:textId="77777777" w:rsidR="008F4676" w:rsidRDefault="0000222B">
      <w:pPr>
        <w:pStyle w:val="Heading3"/>
      </w:pPr>
      <w:r>
        <w:rPr>
          <w:b w:val="0"/>
        </w:rPr>
        <w:t>July 15 - Departure</w:t>
      </w:r>
    </w:p>
    <w:p w14:paraId="259D087B" w14:textId="77777777" w:rsidR="008F4676" w:rsidRDefault="0000222B">
      <w:r>
        <w:t>Breakfast, farewells and safe travels home.</w:t>
      </w:r>
    </w:p>
    <w:p w14:paraId="145B2F40" w14:textId="77777777" w:rsidR="008F4676" w:rsidRDefault="0000222B">
      <w:pPr>
        <w:pStyle w:val="Heading2"/>
      </w:pPr>
      <w:r>
        <w:rPr>
          <w:b w:val="0"/>
        </w:rPr>
        <w:t>Competition and Scoring</w:t>
      </w:r>
    </w:p>
    <w:p w14:paraId="0930788E" w14:textId="77777777" w:rsidR="008F4676" w:rsidRDefault="0000222B">
      <w:r>
        <w:t>The 2027 championship uses Modified Stableford scoring and Golf Canada WHS handicap adjustments. Both men and women will play from the White tees at 5,217 yards.</w:t>
      </w:r>
    </w:p>
    <w:p w14:paraId="238D8BF2" w14:textId="77777777" w:rsidR="008F4676" w:rsidRDefault="0000222B">
      <w:r>
        <w:rPr>
          <w:b/>
        </w:rPr>
        <w:t>Course rating and slope:</w:t>
      </w:r>
    </w:p>
    <w:p w14:paraId="083E8AC6" w14:textId="77777777" w:rsidR="008F4676" w:rsidRDefault="0000222B">
      <w:pPr>
        <w:pStyle w:val="ListBullet"/>
      </w:pPr>
      <w:r>
        <w:t>Women: 70.4 / 126.</w:t>
      </w:r>
    </w:p>
    <w:p w14:paraId="625E88D2" w14:textId="77777777" w:rsidR="008F4676" w:rsidRDefault="0000222B">
      <w:pPr>
        <w:pStyle w:val="ListBullet"/>
      </w:pPr>
      <w:r>
        <w:t>Men: 65.3 / 113.</w:t>
      </w:r>
    </w:p>
    <w:p w14:paraId="5FB3D7A6" w14:textId="77777777" w:rsidR="008F4676" w:rsidRDefault="0000222B">
      <w:r>
        <w:t>Your WHS handicap will be adjusted to the course rating and slope used for the event.</w:t>
      </w:r>
    </w:p>
    <w:p w14:paraId="1164E2B5" w14:textId="77777777" w:rsidR="008F4676" w:rsidRDefault="0000222B">
      <w:r>
        <w:rPr>
          <w:b/>
        </w:rPr>
        <w:t>Modified Stableford points:</w:t>
      </w:r>
    </w:p>
    <w:p w14:paraId="665A06B4" w14:textId="77777777" w:rsidR="008F4676" w:rsidRDefault="0000222B">
      <w:pPr>
        <w:pStyle w:val="ListBullet"/>
      </w:pPr>
      <w:r>
        <w:t>Net double bogey: 0 points.</w:t>
      </w:r>
    </w:p>
    <w:p w14:paraId="26C01623" w14:textId="77777777" w:rsidR="008F4676" w:rsidRDefault="0000222B">
      <w:pPr>
        <w:pStyle w:val="ListBullet"/>
      </w:pPr>
      <w:r>
        <w:t>Net bogey: 1 point.</w:t>
      </w:r>
    </w:p>
    <w:p w14:paraId="321E0206" w14:textId="77777777" w:rsidR="008F4676" w:rsidRDefault="0000222B">
      <w:pPr>
        <w:pStyle w:val="ListBullet"/>
      </w:pPr>
      <w:r>
        <w:t>Net par: 3 points.</w:t>
      </w:r>
    </w:p>
    <w:p w14:paraId="44407AB1" w14:textId="77777777" w:rsidR="008F4676" w:rsidRDefault="0000222B">
      <w:pPr>
        <w:pStyle w:val="ListBullet"/>
      </w:pPr>
      <w:r>
        <w:t>Net birdie: 5 points.</w:t>
      </w:r>
    </w:p>
    <w:p w14:paraId="78AFC252" w14:textId="77777777" w:rsidR="008F4676" w:rsidRDefault="0000222B">
      <w:pPr>
        <w:pStyle w:val="ListBullet"/>
      </w:pPr>
      <w:r>
        <w:lastRenderedPageBreak/>
        <w:t>Net eagle: 7 points.</w:t>
      </w:r>
    </w:p>
    <w:p w14:paraId="09BEC4D2" w14:textId="77777777" w:rsidR="008F4676" w:rsidRDefault="0000222B">
      <w:pPr>
        <w:pStyle w:val="ListBullet"/>
      </w:pPr>
      <w:r>
        <w:t>Three-under: 9 points.</w:t>
      </w:r>
    </w:p>
    <w:p w14:paraId="769157AB" w14:textId="77777777" w:rsidR="008F4676" w:rsidRDefault="0000222B">
      <w:pPr>
        <w:pStyle w:val="Heading2"/>
      </w:pPr>
      <w:r>
        <w:rPr>
          <w:b w:val="0"/>
        </w:rPr>
        <w:t>Championship Categories</w:t>
      </w:r>
    </w:p>
    <w:p w14:paraId="40DD41D8" w14:textId="77777777" w:rsidR="008F4676" w:rsidRDefault="0000222B">
      <w:pPr>
        <w:pStyle w:val="ListBullet"/>
      </w:pPr>
      <w:r>
        <w:t>Low Net Overall Stableford Champion - 1st and 2nd.</w:t>
      </w:r>
    </w:p>
    <w:p w14:paraId="0333C5BA" w14:textId="77777777" w:rsidR="008F4676" w:rsidRDefault="0000222B">
      <w:pPr>
        <w:pStyle w:val="ListBullet"/>
      </w:pPr>
      <w:r>
        <w:t>Men's B1 Stableford - 1st and 2nd.</w:t>
      </w:r>
    </w:p>
    <w:p w14:paraId="74352445" w14:textId="77777777" w:rsidR="008F4676" w:rsidRDefault="0000222B">
      <w:pPr>
        <w:pStyle w:val="ListBullet"/>
      </w:pPr>
      <w:r>
        <w:t>Men's B2 Stableford - 1st and 2nd.</w:t>
      </w:r>
    </w:p>
    <w:p w14:paraId="35BD51A6" w14:textId="77777777" w:rsidR="008F4676" w:rsidRDefault="0000222B">
      <w:pPr>
        <w:pStyle w:val="ListBullet"/>
      </w:pPr>
      <w:r>
        <w:t>Men's B3 Stableford - 1st and 2nd.</w:t>
      </w:r>
    </w:p>
    <w:p w14:paraId="3AF20AF9" w14:textId="77777777" w:rsidR="008F4676" w:rsidRDefault="0000222B">
      <w:pPr>
        <w:pStyle w:val="ListBullet"/>
      </w:pPr>
      <w:r>
        <w:t>B4 Stableford - 1st and 2nd, all B4 players.</w:t>
      </w:r>
    </w:p>
    <w:p w14:paraId="729BB8BD" w14:textId="77777777" w:rsidR="008F4676" w:rsidRDefault="0000222B">
      <w:pPr>
        <w:pStyle w:val="ListBullet"/>
      </w:pPr>
      <w:r>
        <w:t>Ladies Stableford Overall - 1st and 2nd, B2 and B3 ladies.</w:t>
      </w:r>
    </w:p>
    <w:p w14:paraId="5B0B1309" w14:textId="77777777" w:rsidR="008F4676" w:rsidRDefault="0000222B">
      <w:r>
        <w:t>Ties will be determined by retrogression, working backward from the 18th hole until the tie is broken.</w:t>
      </w:r>
    </w:p>
    <w:p w14:paraId="52E61B28" w14:textId="77777777" w:rsidR="008F4676" w:rsidRDefault="0000222B">
      <w:r>
        <w:t>Website: www.wcbga.ca</w:t>
      </w:r>
    </w:p>
    <w:p w14:paraId="60ACB408" w14:textId="77777777" w:rsidR="008F4676" w:rsidRDefault="0000222B">
      <w:r>
        <w:t>Facebook: https://www.facebook.com/WCBGA</w:t>
      </w:r>
    </w:p>
    <w:p w14:paraId="5C838353" w14:textId="77777777" w:rsidR="008F4676" w:rsidRDefault="0000222B">
      <w:pPr>
        <w:pStyle w:val="Heading1"/>
      </w:pPr>
      <w:r>
        <w:rPr>
          <w:b w:val="0"/>
        </w:rPr>
        <w:t>Part 2: Registration Form</w:t>
      </w:r>
    </w:p>
    <w:p w14:paraId="3C5200FC" w14:textId="77777777" w:rsidR="008F4676" w:rsidRDefault="0000222B">
      <w:r>
        <w:t>Complete one registration per player. Type your answer after each Answer label. For questions with options, type or leave the selected option after Selected answer.</w:t>
      </w:r>
    </w:p>
    <w:p w14:paraId="30FCAAB9" w14:textId="77777777" w:rsidR="008F4676" w:rsidRDefault="0000222B">
      <w:r>
        <w:t>Registration deadline: March 31, 2027</w:t>
      </w:r>
    </w:p>
    <w:p w14:paraId="682E599D" w14:textId="77777777" w:rsidR="008F4676" w:rsidRDefault="0000222B">
      <w:r>
        <w:t>Entry fee: $400 CAD</w:t>
      </w:r>
    </w:p>
    <w:p w14:paraId="5530D724" w14:textId="77777777" w:rsidR="008F4676" w:rsidRDefault="0000222B">
      <w:r>
        <w:t>Payment by e-transfer: wcbga24@gmail.com</w:t>
      </w:r>
    </w:p>
    <w:p w14:paraId="4DBA6AA0" w14:textId="77777777" w:rsidR="008F4676" w:rsidRDefault="0000222B">
      <w:r>
        <w:t>Cheque payable to Western Canadian Blind Golf Association. Mail to Derek Kibblewhite, 12 Scenic Glen Gate NW, Calgary, Alberta T3L 1K5.</w:t>
      </w:r>
    </w:p>
    <w:p w14:paraId="03996135" w14:textId="77777777" w:rsidR="008F4676" w:rsidRDefault="0000222B">
      <w:r>
        <w:t>Questions: kibblewhitederek@gmail.com</w:t>
      </w:r>
    </w:p>
    <w:p w14:paraId="2E32E301" w14:textId="77777777" w:rsidR="008F4676" w:rsidRDefault="0000222B">
      <w:pPr>
        <w:pStyle w:val="Heading2"/>
      </w:pPr>
      <w:r>
        <w:rPr>
          <w:b w:val="0"/>
        </w:rPr>
        <w:t>Player Information</w:t>
      </w:r>
    </w:p>
    <w:p w14:paraId="713B7267" w14:textId="77777777" w:rsidR="008F4676" w:rsidRDefault="0000222B">
      <w:r>
        <w:rPr>
          <w:b/>
        </w:rPr>
        <w:t>1. Player full name</w:t>
      </w:r>
    </w:p>
    <w:p w14:paraId="10A0DFD8" w14:textId="77777777" w:rsidR="008F4676" w:rsidRDefault="0000222B">
      <w:r>
        <w:rPr>
          <w:b/>
        </w:rPr>
        <w:t>Answer:</w:t>
      </w:r>
    </w:p>
    <w:p w14:paraId="06B80FDA" w14:textId="77777777" w:rsidR="008F4676" w:rsidRDefault="008F4676"/>
    <w:p w14:paraId="5E44E261" w14:textId="77777777" w:rsidR="008F4676" w:rsidRDefault="0000222B">
      <w:r>
        <w:rPr>
          <w:b/>
        </w:rPr>
        <w:t>2. Mailing address</w:t>
      </w:r>
    </w:p>
    <w:p w14:paraId="13AD8852" w14:textId="77777777" w:rsidR="008F4676" w:rsidRDefault="0000222B">
      <w:r>
        <w:rPr>
          <w:b/>
        </w:rPr>
        <w:lastRenderedPageBreak/>
        <w:t>Answer:</w:t>
      </w:r>
    </w:p>
    <w:p w14:paraId="0353668B" w14:textId="77777777" w:rsidR="008F4676" w:rsidRDefault="008F4676"/>
    <w:p w14:paraId="3191912D" w14:textId="77777777" w:rsidR="008F4676" w:rsidRDefault="0000222B">
      <w:r>
        <w:rPr>
          <w:b/>
        </w:rPr>
        <w:t>3. City</w:t>
      </w:r>
    </w:p>
    <w:p w14:paraId="387B4B69" w14:textId="77777777" w:rsidR="008F4676" w:rsidRDefault="0000222B">
      <w:r>
        <w:rPr>
          <w:b/>
        </w:rPr>
        <w:t>Answer:</w:t>
      </w:r>
    </w:p>
    <w:p w14:paraId="6D08C060" w14:textId="77777777" w:rsidR="008F4676" w:rsidRDefault="008F4676"/>
    <w:p w14:paraId="03C91CCA" w14:textId="77777777" w:rsidR="008F4676" w:rsidRDefault="0000222B">
      <w:r>
        <w:rPr>
          <w:b/>
        </w:rPr>
        <w:t>4. Province or state</w:t>
      </w:r>
    </w:p>
    <w:p w14:paraId="556212E0" w14:textId="77777777" w:rsidR="008F4676" w:rsidRDefault="0000222B">
      <w:r>
        <w:rPr>
          <w:b/>
        </w:rPr>
        <w:t>Answer:</w:t>
      </w:r>
    </w:p>
    <w:p w14:paraId="2E7AFCA2" w14:textId="77777777" w:rsidR="008F4676" w:rsidRDefault="008F4676"/>
    <w:p w14:paraId="3F3AA3D9" w14:textId="77777777" w:rsidR="008F4676" w:rsidRDefault="0000222B">
      <w:r>
        <w:rPr>
          <w:b/>
        </w:rPr>
        <w:t>5. Country</w:t>
      </w:r>
    </w:p>
    <w:p w14:paraId="47ACA33C" w14:textId="77777777" w:rsidR="008F4676" w:rsidRDefault="0000222B">
      <w:r>
        <w:rPr>
          <w:b/>
        </w:rPr>
        <w:t>Answer:</w:t>
      </w:r>
    </w:p>
    <w:p w14:paraId="44FF01C0" w14:textId="77777777" w:rsidR="008F4676" w:rsidRDefault="008F4676"/>
    <w:p w14:paraId="05F2EB22" w14:textId="77777777" w:rsidR="008F4676" w:rsidRDefault="0000222B">
      <w:r>
        <w:rPr>
          <w:b/>
        </w:rPr>
        <w:t>6. Postal or ZIP code</w:t>
      </w:r>
    </w:p>
    <w:p w14:paraId="53333CA9" w14:textId="77777777" w:rsidR="008F4676" w:rsidRDefault="0000222B">
      <w:r>
        <w:rPr>
          <w:b/>
        </w:rPr>
        <w:t>Answer:</w:t>
      </w:r>
    </w:p>
    <w:p w14:paraId="6FAAF9E8" w14:textId="77777777" w:rsidR="008F4676" w:rsidRDefault="008F4676"/>
    <w:p w14:paraId="0D42234F" w14:textId="77777777" w:rsidR="008F4676" w:rsidRDefault="0000222B">
      <w:r>
        <w:rPr>
          <w:b/>
        </w:rPr>
        <w:t>7. Primary phone number</w:t>
      </w:r>
    </w:p>
    <w:p w14:paraId="3D514213" w14:textId="77777777" w:rsidR="008F4676" w:rsidRDefault="0000222B">
      <w:r>
        <w:rPr>
          <w:b/>
        </w:rPr>
        <w:t>Answer:</w:t>
      </w:r>
    </w:p>
    <w:p w14:paraId="7160AB77" w14:textId="77777777" w:rsidR="008F4676" w:rsidRDefault="008F4676"/>
    <w:p w14:paraId="249EE8E5" w14:textId="77777777" w:rsidR="008F4676" w:rsidRDefault="0000222B">
      <w:r>
        <w:rPr>
          <w:b/>
        </w:rPr>
        <w:t>8. Cell phone number</w:t>
      </w:r>
    </w:p>
    <w:p w14:paraId="7F596BFC" w14:textId="77777777" w:rsidR="008F4676" w:rsidRDefault="0000222B">
      <w:r>
        <w:rPr>
          <w:i/>
        </w:rPr>
        <w:t>Enter “same” if this is the same as your primary phone number.</w:t>
      </w:r>
    </w:p>
    <w:p w14:paraId="249097BD" w14:textId="77777777" w:rsidR="008F4676" w:rsidRDefault="0000222B">
      <w:r>
        <w:rPr>
          <w:b/>
        </w:rPr>
        <w:t>Answer:</w:t>
      </w:r>
    </w:p>
    <w:p w14:paraId="5A19E46E" w14:textId="77777777" w:rsidR="008F4676" w:rsidRDefault="008F4676"/>
    <w:p w14:paraId="2E5D47B3" w14:textId="77777777" w:rsidR="008F4676" w:rsidRDefault="0000222B">
      <w:r>
        <w:rPr>
          <w:b/>
        </w:rPr>
        <w:t>9. Player email address</w:t>
      </w:r>
    </w:p>
    <w:p w14:paraId="4B945B8B" w14:textId="77777777" w:rsidR="008F4676" w:rsidRDefault="0000222B">
      <w:r>
        <w:rPr>
          <w:b/>
        </w:rPr>
        <w:t>Answer:</w:t>
      </w:r>
    </w:p>
    <w:p w14:paraId="1588C235" w14:textId="77777777" w:rsidR="008F4676" w:rsidRDefault="008F4676"/>
    <w:p w14:paraId="3A8F3582" w14:textId="77777777" w:rsidR="008F4676" w:rsidRDefault="0000222B">
      <w:r>
        <w:rPr>
          <w:b/>
        </w:rPr>
        <w:t>10. Coach or guide full name</w:t>
      </w:r>
    </w:p>
    <w:p w14:paraId="2304964B" w14:textId="77777777" w:rsidR="008F4676" w:rsidRDefault="0000222B">
      <w:r>
        <w:rPr>
          <w:b/>
        </w:rPr>
        <w:t>Answer:</w:t>
      </w:r>
    </w:p>
    <w:p w14:paraId="02067B77" w14:textId="77777777" w:rsidR="008F4676" w:rsidRDefault="008F4676"/>
    <w:p w14:paraId="4DBB2AE5" w14:textId="77777777" w:rsidR="008F4676" w:rsidRDefault="0000222B">
      <w:r>
        <w:rPr>
          <w:b/>
        </w:rPr>
        <w:t>11. Coach or guide email address</w:t>
      </w:r>
    </w:p>
    <w:p w14:paraId="2069628C" w14:textId="77777777" w:rsidR="008F4676" w:rsidRDefault="0000222B">
      <w:r>
        <w:rPr>
          <w:b/>
        </w:rPr>
        <w:t>Answer:</w:t>
      </w:r>
    </w:p>
    <w:p w14:paraId="05F646B1" w14:textId="77777777" w:rsidR="008F4676" w:rsidRDefault="008F4676"/>
    <w:p w14:paraId="54029FC2" w14:textId="77777777" w:rsidR="008F4676" w:rsidRDefault="0000222B">
      <w:r>
        <w:rPr>
          <w:b/>
        </w:rPr>
        <w:t>12. Player handicap</w:t>
      </w:r>
    </w:p>
    <w:p w14:paraId="03B7BCCF" w14:textId="77777777" w:rsidR="008F4676" w:rsidRDefault="0000222B">
      <w:r>
        <w:rPr>
          <w:b/>
        </w:rPr>
        <w:t>Answer:</w:t>
      </w:r>
    </w:p>
    <w:p w14:paraId="3AD2F0D2" w14:textId="77777777" w:rsidR="008F4676" w:rsidRDefault="008F4676"/>
    <w:p w14:paraId="496D74CA" w14:textId="77777777" w:rsidR="008F4676" w:rsidRDefault="0000222B">
      <w:r>
        <w:rPr>
          <w:b/>
        </w:rPr>
        <w:t>13. Sight category</w:t>
      </w:r>
    </w:p>
    <w:p w14:paraId="072654AF" w14:textId="77777777" w:rsidR="008F4676" w:rsidRDefault="0000222B">
      <w:r>
        <w:t>Option: B1</w:t>
      </w:r>
    </w:p>
    <w:p w14:paraId="648B753E" w14:textId="77777777" w:rsidR="008F4676" w:rsidRDefault="0000222B">
      <w:r>
        <w:t>Option: B2</w:t>
      </w:r>
    </w:p>
    <w:p w14:paraId="551DCA27" w14:textId="77777777" w:rsidR="008F4676" w:rsidRDefault="0000222B">
      <w:r>
        <w:t>Option: B3</w:t>
      </w:r>
    </w:p>
    <w:p w14:paraId="72E112F5" w14:textId="77777777" w:rsidR="008F4676" w:rsidRDefault="0000222B">
      <w:r>
        <w:t>Option: B4</w:t>
      </w:r>
    </w:p>
    <w:p w14:paraId="3FA12436" w14:textId="77777777" w:rsidR="008F4676" w:rsidRDefault="0000222B">
      <w:r>
        <w:t>Selected answer:</w:t>
      </w:r>
    </w:p>
    <w:p w14:paraId="23F6F1FA" w14:textId="77777777" w:rsidR="008F4676" w:rsidRDefault="008F4676"/>
    <w:p w14:paraId="53ADCCCD" w14:textId="77777777" w:rsidR="008F4676" w:rsidRDefault="0000222B">
      <w:r>
        <w:rPr>
          <w:b/>
        </w:rPr>
        <w:t>14. Are you a current Blind Golf Canada member?</w:t>
      </w:r>
    </w:p>
    <w:p w14:paraId="4D96AB2A" w14:textId="77777777" w:rsidR="008F4676" w:rsidRDefault="0000222B">
      <w:r>
        <w:t>Option: Yes</w:t>
      </w:r>
    </w:p>
    <w:p w14:paraId="28314A2B" w14:textId="77777777" w:rsidR="008F4676" w:rsidRDefault="0000222B">
      <w:r>
        <w:t>Option: No</w:t>
      </w:r>
    </w:p>
    <w:p w14:paraId="05F71A48" w14:textId="77777777" w:rsidR="008F4676" w:rsidRDefault="0000222B">
      <w:r>
        <w:t>Selected answer:</w:t>
      </w:r>
    </w:p>
    <w:p w14:paraId="73B7FAA5" w14:textId="77777777" w:rsidR="008F4676" w:rsidRDefault="008F4676"/>
    <w:p w14:paraId="74177882" w14:textId="77777777" w:rsidR="008F4676" w:rsidRDefault="0000222B">
      <w:pPr>
        <w:pStyle w:val="Heading2"/>
      </w:pPr>
      <w:r>
        <w:rPr>
          <w:b w:val="0"/>
        </w:rPr>
        <w:t>Practice Round and Website Consent</w:t>
      </w:r>
    </w:p>
    <w:p w14:paraId="43771B12" w14:textId="77777777" w:rsidR="008F4676" w:rsidRDefault="0000222B">
      <w:r>
        <w:rPr>
          <w:b/>
        </w:rPr>
        <w:t>15. Does your coach or guide wish to play in the practice round on July 12, 2027?</w:t>
      </w:r>
    </w:p>
    <w:p w14:paraId="4B566784" w14:textId="77777777" w:rsidR="008F4676" w:rsidRDefault="0000222B">
      <w:r>
        <w:rPr>
          <w:i/>
        </w:rPr>
        <w:t>A $50 fee applies when the answer is Yes.</w:t>
      </w:r>
    </w:p>
    <w:p w14:paraId="4CCE14F5" w14:textId="77777777" w:rsidR="008F4676" w:rsidRDefault="0000222B">
      <w:r>
        <w:t>Option: Yes</w:t>
      </w:r>
    </w:p>
    <w:p w14:paraId="1906EB53" w14:textId="77777777" w:rsidR="008F4676" w:rsidRDefault="0000222B">
      <w:r>
        <w:t>Option: No</w:t>
      </w:r>
    </w:p>
    <w:p w14:paraId="397E8D58" w14:textId="77777777" w:rsidR="008F4676" w:rsidRDefault="0000222B">
      <w:r>
        <w:t>Selected answer:</w:t>
      </w:r>
    </w:p>
    <w:p w14:paraId="470139AB" w14:textId="77777777" w:rsidR="008F4676" w:rsidRDefault="008F4676"/>
    <w:p w14:paraId="150E20A7" w14:textId="77777777" w:rsidR="008F4676" w:rsidRDefault="0000222B">
      <w:r>
        <w:rPr>
          <w:b/>
        </w:rPr>
        <w:t>16. I agree to have my name listed on the event website.</w:t>
      </w:r>
    </w:p>
    <w:p w14:paraId="5A075DBD" w14:textId="77777777" w:rsidR="008F4676" w:rsidRDefault="0000222B">
      <w:r>
        <w:t>Option: Yes</w:t>
      </w:r>
    </w:p>
    <w:p w14:paraId="67A408E7" w14:textId="77777777" w:rsidR="008F4676" w:rsidRDefault="0000222B">
      <w:r>
        <w:t>Option: No</w:t>
      </w:r>
    </w:p>
    <w:p w14:paraId="1AF67FAE" w14:textId="77777777" w:rsidR="008F4676" w:rsidRDefault="0000222B">
      <w:r>
        <w:t>Selected answer:</w:t>
      </w:r>
    </w:p>
    <w:p w14:paraId="7D8CF00D" w14:textId="77777777" w:rsidR="008F4676" w:rsidRDefault="008F4676"/>
    <w:p w14:paraId="22E22B9E" w14:textId="77777777" w:rsidR="008F4676" w:rsidRDefault="0000222B">
      <w:r>
        <w:rPr>
          <w:b/>
        </w:rPr>
        <w:t>17. I agree to have my coach or guide's name listed on the event website.</w:t>
      </w:r>
    </w:p>
    <w:p w14:paraId="59B020D7" w14:textId="77777777" w:rsidR="008F4676" w:rsidRDefault="0000222B">
      <w:r>
        <w:t>Option: Yes</w:t>
      </w:r>
    </w:p>
    <w:p w14:paraId="54E8CD24" w14:textId="77777777" w:rsidR="008F4676" w:rsidRDefault="0000222B">
      <w:r>
        <w:t>Option: No</w:t>
      </w:r>
    </w:p>
    <w:p w14:paraId="0212D3A5" w14:textId="77777777" w:rsidR="008F4676" w:rsidRDefault="0000222B">
      <w:r>
        <w:t>Selected answer:</w:t>
      </w:r>
    </w:p>
    <w:p w14:paraId="274E1432" w14:textId="77777777" w:rsidR="008F4676" w:rsidRDefault="008F4676"/>
    <w:p w14:paraId="79697EEE" w14:textId="77777777" w:rsidR="008F4676" w:rsidRDefault="0000222B">
      <w:pPr>
        <w:pStyle w:val="Heading2"/>
      </w:pPr>
      <w:r>
        <w:rPr>
          <w:b w:val="0"/>
        </w:rPr>
        <w:t>Accommodations</w:t>
      </w:r>
    </w:p>
    <w:p w14:paraId="5F376D37" w14:textId="77777777" w:rsidR="008F4676" w:rsidRDefault="0000222B">
      <w:r>
        <w:t>WCBGA will cover four nights, July 11 through July 14, based on double occupancy. Any additional nights or upgrades need to be made through the hotel directly.</w:t>
      </w:r>
    </w:p>
    <w:p w14:paraId="6C65C174" w14:textId="77777777" w:rsidR="008F4676" w:rsidRDefault="0000222B">
      <w:r>
        <w:rPr>
          <w:b/>
        </w:rPr>
        <w:t>18. Do you require a room with 2 Queen beds or 1 Queen bed?</w:t>
      </w:r>
    </w:p>
    <w:p w14:paraId="16BB5D41" w14:textId="77777777" w:rsidR="008F4676" w:rsidRDefault="0000222B">
      <w:r>
        <w:t>Option: 2 Queen beds</w:t>
      </w:r>
    </w:p>
    <w:p w14:paraId="2CF53F7C" w14:textId="77777777" w:rsidR="008F4676" w:rsidRDefault="0000222B">
      <w:r>
        <w:t>Option: 1 Queen bed</w:t>
      </w:r>
    </w:p>
    <w:p w14:paraId="57914CB7" w14:textId="77777777" w:rsidR="008F4676" w:rsidRDefault="0000222B">
      <w:r>
        <w:t>Selected answer:</w:t>
      </w:r>
    </w:p>
    <w:p w14:paraId="7C38EC0F" w14:textId="77777777" w:rsidR="008F4676" w:rsidRDefault="008F4676"/>
    <w:p w14:paraId="2EC4E4A6" w14:textId="77777777" w:rsidR="008F4676" w:rsidRDefault="0000222B">
      <w:r>
        <w:rPr>
          <w:b/>
        </w:rPr>
        <w:t>19. Do you require any additional nights?</w:t>
      </w:r>
    </w:p>
    <w:p w14:paraId="52848F0B" w14:textId="77777777" w:rsidR="008F4676" w:rsidRDefault="0000222B">
      <w:r>
        <w:t>Option: Yes</w:t>
      </w:r>
    </w:p>
    <w:p w14:paraId="42707190" w14:textId="77777777" w:rsidR="008F4676" w:rsidRDefault="0000222B">
      <w:r>
        <w:t>Option: No</w:t>
      </w:r>
    </w:p>
    <w:p w14:paraId="6EC16F9C" w14:textId="77777777" w:rsidR="008F4676" w:rsidRDefault="0000222B">
      <w:r>
        <w:t>Selected answer:</w:t>
      </w:r>
    </w:p>
    <w:p w14:paraId="0DE3ACC2" w14:textId="77777777" w:rsidR="008F4676" w:rsidRDefault="008F4676"/>
    <w:p w14:paraId="72675654" w14:textId="77777777" w:rsidR="008F4676" w:rsidRDefault="0000222B">
      <w:r>
        <w:rPr>
          <w:b/>
        </w:rPr>
        <w:t>20. Accommodation notes or roommate request</w:t>
      </w:r>
    </w:p>
    <w:p w14:paraId="0167DC24" w14:textId="77777777" w:rsidR="008F4676" w:rsidRDefault="0000222B">
      <w:r>
        <w:rPr>
          <w:i/>
        </w:rPr>
        <w:t>Optional. Do not include payment card information.</w:t>
      </w:r>
    </w:p>
    <w:p w14:paraId="0874FBDE" w14:textId="77777777" w:rsidR="008F4676" w:rsidRDefault="0000222B">
      <w:r>
        <w:rPr>
          <w:b/>
        </w:rPr>
        <w:lastRenderedPageBreak/>
        <w:t>Answer:</w:t>
      </w:r>
    </w:p>
    <w:p w14:paraId="0AEF1C44" w14:textId="77777777" w:rsidR="008F4676" w:rsidRDefault="008F4676"/>
    <w:p w14:paraId="121C068E" w14:textId="77777777" w:rsidR="008F4676" w:rsidRDefault="0000222B">
      <w:pPr>
        <w:pStyle w:val="Heading2"/>
      </w:pPr>
      <w:r>
        <w:rPr>
          <w:b w:val="0"/>
        </w:rPr>
        <w:t>Extra Guests and Meals</w:t>
      </w:r>
    </w:p>
    <w:p w14:paraId="58342700" w14:textId="77777777" w:rsidR="008F4676" w:rsidRDefault="0000222B">
      <w:r>
        <w:rPr>
          <w:b/>
        </w:rPr>
        <w:t>21. Will extra guests attend the Meet &amp; Greet Social?</w:t>
      </w:r>
    </w:p>
    <w:p w14:paraId="63C9100A" w14:textId="77777777" w:rsidR="008F4676" w:rsidRDefault="0000222B">
      <w:r>
        <w:rPr>
          <w:i/>
        </w:rPr>
        <w:t>$30 per extra guest.</w:t>
      </w:r>
    </w:p>
    <w:p w14:paraId="33793A7B" w14:textId="77777777" w:rsidR="008F4676" w:rsidRDefault="0000222B">
      <w:r>
        <w:t>Option: Yes</w:t>
      </w:r>
    </w:p>
    <w:p w14:paraId="4CC55B45" w14:textId="77777777" w:rsidR="008F4676" w:rsidRDefault="0000222B">
      <w:r>
        <w:t>Option: No</w:t>
      </w:r>
    </w:p>
    <w:p w14:paraId="4A4B570F" w14:textId="77777777" w:rsidR="008F4676" w:rsidRDefault="0000222B">
      <w:r>
        <w:t>Selected answer:</w:t>
      </w:r>
    </w:p>
    <w:p w14:paraId="4757B0FE" w14:textId="77777777" w:rsidR="008F4676" w:rsidRDefault="008F4676"/>
    <w:p w14:paraId="0A2DD240" w14:textId="77777777" w:rsidR="008F4676" w:rsidRDefault="0000222B">
      <w:r>
        <w:rPr>
          <w:b/>
        </w:rPr>
        <w:t>22. Number of extra Meet &amp; Greet guests</w:t>
      </w:r>
    </w:p>
    <w:p w14:paraId="1AE789CA" w14:textId="77777777" w:rsidR="008F4676" w:rsidRDefault="0000222B">
      <w:r>
        <w:rPr>
          <w:i/>
        </w:rPr>
        <w:t>Enter 0 if none.</w:t>
      </w:r>
    </w:p>
    <w:p w14:paraId="3F9DC820" w14:textId="77777777" w:rsidR="008F4676" w:rsidRDefault="0000222B">
      <w:r>
        <w:rPr>
          <w:b/>
        </w:rPr>
        <w:t>Answer:</w:t>
      </w:r>
    </w:p>
    <w:p w14:paraId="231340E1" w14:textId="77777777" w:rsidR="008F4676" w:rsidRDefault="008F4676"/>
    <w:p w14:paraId="34ACB5A1" w14:textId="77777777" w:rsidR="008F4676" w:rsidRDefault="0000222B">
      <w:r>
        <w:rPr>
          <w:b/>
        </w:rPr>
        <w:t>23. Will extra guests attend the Western Canadian Awards Dinner?</w:t>
      </w:r>
    </w:p>
    <w:p w14:paraId="60C0BCAD" w14:textId="77777777" w:rsidR="008F4676" w:rsidRDefault="0000222B">
      <w:r>
        <w:rPr>
          <w:i/>
        </w:rPr>
        <w:t>$50 per extra guest.</w:t>
      </w:r>
    </w:p>
    <w:p w14:paraId="5D1314DC" w14:textId="77777777" w:rsidR="008F4676" w:rsidRDefault="0000222B">
      <w:r>
        <w:t>Option: Yes</w:t>
      </w:r>
    </w:p>
    <w:p w14:paraId="401417DC" w14:textId="77777777" w:rsidR="008F4676" w:rsidRDefault="0000222B">
      <w:r>
        <w:t>Option: No</w:t>
      </w:r>
    </w:p>
    <w:p w14:paraId="5DE427E4" w14:textId="77777777" w:rsidR="008F4676" w:rsidRDefault="0000222B">
      <w:r>
        <w:t>Selected answer:</w:t>
      </w:r>
    </w:p>
    <w:p w14:paraId="14DB2EEC" w14:textId="77777777" w:rsidR="008F4676" w:rsidRDefault="008F4676"/>
    <w:p w14:paraId="37A3C616" w14:textId="77777777" w:rsidR="008F4676" w:rsidRDefault="0000222B">
      <w:r>
        <w:rPr>
          <w:b/>
        </w:rPr>
        <w:t>24. Number of extra Awards Dinner guests</w:t>
      </w:r>
    </w:p>
    <w:p w14:paraId="20F3163B" w14:textId="77777777" w:rsidR="008F4676" w:rsidRDefault="0000222B">
      <w:r>
        <w:rPr>
          <w:i/>
        </w:rPr>
        <w:t>Enter 0 if none.</w:t>
      </w:r>
    </w:p>
    <w:p w14:paraId="28A89FEA" w14:textId="77777777" w:rsidR="008F4676" w:rsidRDefault="0000222B">
      <w:r>
        <w:rPr>
          <w:b/>
        </w:rPr>
        <w:t>Answer:</w:t>
      </w:r>
    </w:p>
    <w:p w14:paraId="680B9C9C" w14:textId="77777777" w:rsidR="008F4676" w:rsidRDefault="008F4676"/>
    <w:p w14:paraId="20840D40" w14:textId="77777777" w:rsidR="008F4676" w:rsidRDefault="0000222B">
      <w:pPr>
        <w:pStyle w:val="Heading2"/>
      </w:pPr>
      <w:r>
        <w:rPr>
          <w:b w:val="0"/>
        </w:rPr>
        <w:t>Accessibility and Dietary Requirements</w:t>
      </w:r>
    </w:p>
    <w:p w14:paraId="04FD1E67" w14:textId="77777777" w:rsidR="008F4676" w:rsidRDefault="0000222B">
      <w:r>
        <w:rPr>
          <w:b/>
        </w:rPr>
        <w:t>27. Does the player or coach/guide require special assistance or accessibility accommodations?</w:t>
      </w:r>
    </w:p>
    <w:p w14:paraId="7D841A33" w14:textId="77777777" w:rsidR="008F4676" w:rsidRDefault="0000222B">
      <w:r>
        <w:rPr>
          <w:i/>
        </w:rPr>
        <w:lastRenderedPageBreak/>
        <w:t>Describe any assistance required. Enter “None” if not applicable.</w:t>
      </w:r>
    </w:p>
    <w:p w14:paraId="4FEE0CFD" w14:textId="77777777" w:rsidR="008F4676" w:rsidRDefault="0000222B">
      <w:r>
        <w:rPr>
          <w:b/>
        </w:rPr>
        <w:t>Answer:</w:t>
      </w:r>
    </w:p>
    <w:p w14:paraId="7A75267D" w14:textId="77777777" w:rsidR="008F4676" w:rsidRDefault="008F4676"/>
    <w:p w14:paraId="7B528EC7" w14:textId="77777777" w:rsidR="008F4676" w:rsidRDefault="0000222B">
      <w:r>
        <w:rPr>
          <w:b/>
        </w:rPr>
        <w:t>28. Does the player or coach/guide have dietary requirements or food allergies?</w:t>
      </w:r>
    </w:p>
    <w:p w14:paraId="293C74C9" w14:textId="77777777" w:rsidR="008F4676" w:rsidRDefault="0000222B">
      <w:r>
        <w:rPr>
          <w:i/>
        </w:rPr>
        <w:t>Describe all requirements. Enter “None” if not applicable.</w:t>
      </w:r>
    </w:p>
    <w:p w14:paraId="0F590CAD" w14:textId="77777777" w:rsidR="008F4676" w:rsidRDefault="0000222B">
      <w:r>
        <w:rPr>
          <w:b/>
        </w:rPr>
        <w:t>Answer:</w:t>
      </w:r>
    </w:p>
    <w:p w14:paraId="66481187" w14:textId="77777777" w:rsidR="008F4676" w:rsidRDefault="008F4676"/>
    <w:p w14:paraId="75D54939" w14:textId="77777777" w:rsidR="008F4676" w:rsidRDefault="0000222B">
      <w:pPr>
        <w:pStyle w:val="Heading2"/>
      </w:pPr>
      <w:r>
        <w:rPr>
          <w:b w:val="0"/>
        </w:rPr>
        <w:t>Transportation and Sweater Information</w:t>
      </w:r>
    </w:p>
    <w:p w14:paraId="1267001A" w14:textId="77777777" w:rsidR="008F4676" w:rsidRDefault="0000222B">
      <w:r>
        <w:t>Volunteer transportation is being arranged for participants who need assistance. Please provide accurate travel details so WCBGA can coordinate rides.</w:t>
      </w:r>
    </w:p>
    <w:p w14:paraId="147BAA9B" w14:textId="77777777" w:rsidR="008F4676" w:rsidRDefault="0000222B">
      <w:r>
        <w:rPr>
          <w:b/>
        </w:rPr>
        <w:t>29. Will you and/or your coach/guide require transportation from Saskatoon Airport, airport code YXE, to the Days Inn Warman on arrival?</w:t>
      </w:r>
    </w:p>
    <w:p w14:paraId="674CC8E2" w14:textId="77777777" w:rsidR="008F4676" w:rsidRDefault="0000222B">
      <w:r>
        <w:t>Option: Yes</w:t>
      </w:r>
    </w:p>
    <w:p w14:paraId="07C3785F" w14:textId="77777777" w:rsidR="008F4676" w:rsidRDefault="0000222B">
      <w:r>
        <w:t>Option: No</w:t>
      </w:r>
    </w:p>
    <w:p w14:paraId="70ED880F" w14:textId="77777777" w:rsidR="008F4676" w:rsidRDefault="0000222B">
      <w:r>
        <w:t>Selected answer:</w:t>
      </w:r>
    </w:p>
    <w:p w14:paraId="6389A673" w14:textId="77777777" w:rsidR="008F4676" w:rsidRDefault="008F4676"/>
    <w:p w14:paraId="32C3857C" w14:textId="77777777" w:rsidR="008F4676" w:rsidRDefault="0000222B">
      <w:r>
        <w:rPr>
          <w:b/>
        </w:rPr>
        <w:t>30. Will you and/or your coach/guide require transportation from the Days Inn Warman to Saskatoon Airport, airport code YXE, for departure?</w:t>
      </w:r>
    </w:p>
    <w:p w14:paraId="11E4BB9E" w14:textId="77777777" w:rsidR="008F4676" w:rsidRDefault="0000222B">
      <w:r>
        <w:t>Option: Yes</w:t>
      </w:r>
    </w:p>
    <w:p w14:paraId="0EFE6083" w14:textId="77777777" w:rsidR="008F4676" w:rsidRDefault="0000222B">
      <w:r>
        <w:t>Option: No</w:t>
      </w:r>
    </w:p>
    <w:p w14:paraId="4FC93956" w14:textId="77777777" w:rsidR="008F4676" w:rsidRDefault="0000222B">
      <w:r>
        <w:t>Selected answer:</w:t>
      </w:r>
    </w:p>
    <w:p w14:paraId="75A97779" w14:textId="77777777" w:rsidR="008F4676" w:rsidRDefault="008F4676"/>
    <w:p w14:paraId="015957FE" w14:textId="77777777" w:rsidR="008F4676" w:rsidRDefault="0000222B">
      <w:r>
        <w:rPr>
          <w:b/>
        </w:rPr>
        <w:t>31. If airport transportation is required, please provide your flight information.</w:t>
      </w:r>
    </w:p>
    <w:p w14:paraId="5B9168A3" w14:textId="77777777" w:rsidR="008F4676" w:rsidRDefault="0000222B">
      <w:r>
        <w:rPr>
          <w:i/>
        </w:rPr>
        <w:t>Include passenger name or names, airline, flight number, arrival or departure date, and scheduled time.</w:t>
      </w:r>
    </w:p>
    <w:p w14:paraId="74682C59" w14:textId="77777777" w:rsidR="008F4676" w:rsidRDefault="0000222B">
      <w:r>
        <w:rPr>
          <w:b/>
        </w:rPr>
        <w:t>Answer:</w:t>
      </w:r>
    </w:p>
    <w:p w14:paraId="5B7A56A7" w14:textId="77777777" w:rsidR="008F4676" w:rsidRDefault="008F4676"/>
    <w:p w14:paraId="7F5B3C7A" w14:textId="77777777" w:rsidR="008F4676" w:rsidRDefault="0000222B">
      <w:r>
        <w:rPr>
          <w:b/>
        </w:rPr>
        <w:t>32. Will you and/or your coach/guide require daily shuttle transportation between the Days Inn Warman and The Legends Golf Club?</w:t>
      </w:r>
    </w:p>
    <w:p w14:paraId="6A2BFF2A" w14:textId="77777777" w:rsidR="008F4676" w:rsidRDefault="0000222B">
      <w:r>
        <w:t>Option: Yes</w:t>
      </w:r>
    </w:p>
    <w:p w14:paraId="34E8EF5C" w14:textId="77777777" w:rsidR="008F4676" w:rsidRDefault="0000222B">
      <w:r>
        <w:t>Option: No</w:t>
      </w:r>
    </w:p>
    <w:p w14:paraId="673374FC" w14:textId="77777777" w:rsidR="008F4676" w:rsidRDefault="0000222B">
      <w:r>
        <w:t>Selected answer:</w:t>
      </w:r>
    </w:p>
    <w:p w14:paraId="3C1BDC36" w14:textId="77777777" w:rsidR="008F4676" w:rsidRDefault="008F4676"/>
    <w:p w14:paraId="13DBD657" w14:textId="77777777" w:rsidR="008F4676" w:rsidRDefault="0000222B">
      <w:r>
        <w:rPr>
          <w:b/>
        </w:rPr>
        <w:t>33. Player sweater size - Cordillera Q-Zip</w:t>
      </w:r>
    </w:p>
    <w:p w14:paraId="73BA8F75" w14:textId="77777777" w:rsidR="008F4676" w:rsidRDefault="0000222B">
      <w:r>
        <w:rPr>
          <w:i/>
        </w:rPr>
        <w:t>Select one size. Garment measurements are listed below.</w:t>
      </w:r>
    </w:p>
    <w:p w14:paraId="571E831F" w14:textId="77777777" w:rsidR="008F4676" w:rsidRDefault="0000222B">
      <w:r>
        <w:t>Option: S</w:t>
      </w:r>
    </w:p>
    <w:p w14:paraId="489933C6" w14:textId="77777777" w:rsidR="008F4676" w:rsidRDefault="0000222B">
      <w:r>
        <w:t>Option: M</w:t>
      </w:r>
    </w:p>
    <w:p w14:paraId="386401E8" w14:textId="77777777" w:rsidR="008F4676" w:rsidRDefault="0000222B">
      <w:r>
        <w:t>Option: L</w:t>
      </w:r>
    </w:p>
    <w:p w14:paraId="6FA9E5FD" w14:textId="77777777" w:rsidR="008F4676" w:rsidRDefault="0000222B">
      <w:r>
        <w:t>Option: XL</w:t>
      </w:r>
    </w:p>
    <w:p w14:paraId="63E90A67" w14:textId="77777777" w:rsidR="008F4676" w:rsidRDefault="0000222B">
      <w:r>
        <w:t>Option: XXL</w:t>
      </w:r>
    </w:p>
    <w:p w14:paraId="7E40F60B" w14:textId="77777777" w:rsidR="008F4676" w:rsidRDefault="0000222B">
      <w:r>
        <w:t>Option: XXXL</w:t>
      </w:r>
    </w:p>
    <w:p w14:paraId="1D2C0207" w14:textId="77777777" w:rsidR="008F4676" w:rsidRDefault="0000222B">
      <w:r>
        <w:t>Selected answer:</w:t>
      </w:r>
    </w:p>
    <w:p w14:paraId="3C568E1A" w14:textId="77777777" w:rsidR="008F4676" w:rsidRDefault="008F4676"/>
    <w:p w14:paraId="5F9640D4" w14:textId="77777777" w:rsidR="008F4676" w:rsidRDefault="0000222B">
      <w:pPr>
        <w:pStyle w:val="Heading3"/>
      </w:pPr>
      <w:r>
        <w:rPr>
          <w:b w:val="0"/>
        </w:rPr>
        <w:t>Cordillera Q-Zip Sizing Information</w:t>
      </w:r>
    </w:p>
    <w:p w14:paraId="2241E680" w14:textId="77777777" w:rsidR="008F4676" w:rsidRDefault="0000222B">
      <w:r>
        <w:t>S: length 27 inches; chest 20 inches; sleeve 27 inches.</w:t>
      </w:r>
    </w:p>
    <w:p w14:paraId="55347C0A" w14:textId="77777777" w:rsidR="008F4676" w:rsidRDefault="0000222B">
      <w:r>
        <w:t>M: length 28 inches; chest 21 inches; sleeve 27.5 inches.</w:t>
      </w:r>
    </w:p>
    <w:p w14:paraId="598766AB" w14:textId="77777777" w:rsidR="008F4676" w:rsidRDefault="0000222B">
      <w:r>
        <w:t>L: length 29 inches; chest 22 inches; sleeve 28 inches.</w:t>
      </w:r>
    </w:p>
    <w:p w14:paraId="3A7AA28F" w14:textId="77777777" w:rsidR="008F4676" w:rsidRDefault="0000222B">
      <w:r>
        <w:t>XL: length 30 inches; chest 23 inches; sleeve 28.5 inches.</w:t>
      </w:r>
    </w:p>
    <w:p w14:paraId="0DBB2C22" w14:textId="77777777" w:rsidR="008F4676" w:rsidRDefault="0000222B">
      <w:r>
        <w:t>XXL: length 31 inches; chest 23 inches; sleeve 29 inches.</w:t>
      </w:r>
    </w:p>
    <w:p w14:paraId="6098C235" w14:textId="77777777" w:rsidR="008F4676" w:rsidRDefault="0000222B">
      <w:r>
        <w:t>XXXL: length 32 inches; chest 24 inches; sleeve 29.5 inches.</w:t>
      </w:r>
    </w:p>
    <w:p w14:paraId="5F5F4B63" w14:textId="77777777" w:rsidR="008F4676" w:rsidRDefault="0000222B">
      <w:pPr>
        <w:pStyle w:val="Heading2"/>
      </w:pPr>
      <w:r>
        <w:rPr>
          <w:b w:val="0"/>
        </w:rPr>
        <w:t>Fees</w:t>
      </w:r>
    </w:p>
    <w:p w14:paraId="65DBF086" w14:textId="77777777" w:rsidR="008F4676" w:rsidRDefault="0000222B">
      <w:r>
        <w:rPr>
          <w:b/>
        </w:rPr>
        <w:t>34. Registration fee category</w:t>
      </w:r>
    </w:p>
    <w:p w14:paraId="41A74389" w14:textId="77777777" w:rsidR="008F4676" w:rsidRDefault="0000222B">
      <w:r>
        <w:lastRenderedPageBreak/>
        <w:t>Option: $400 CAD</w:t>
      </w:r>
    </w:p>
    <w:p w14:paraId="48D6A61A" w14:textId="77777777" w:rsidR="008F4676" w:rsidRDefault="0000222B">
      <w:r>
        <w:t>Selected answer:</w:t>
      </w:r>
    </w:p>
    <w:p w14:paraId="6DAF0A49" w14:textId="77777777" w:rsidR="008F4676" w:rsidRDefault="008F4676"/>
    <w:p w14:paraId="6F2A805D" w14:textId="77777777" w:rsidR="008F4676" w:rsidRDefault="0000222B">
      <w:r>
        <w:rPr>
          <w:b/>
        </w:rPr>
        <w:t>35. Payment method</w:t>
      </w:r>
    </w:p>
    <w:p w14:paraId="4C8B54B7" w14:textId="77777777" w:rsidR="008F4676" w:rsidRDefault="0000222B">
      <w:r>
        <w:t>Option: E-transfer to wcbga24@gmail.com</w:t>
      </w:r>
    </w:p>
    <w:p w14:paraId="183DBDBC" w14:textId="77777777" w:rsidR="008F4676" w:rsidRDefault="0000222B">
      <w:r>
        <w:t>Option: Cheque</w:t>
      </w:r>
    </w:p>
    <w:p w14:paraId="13A49331" w14:textId="77777777" w:rsidR="008F4676" w:rsidRDefault="0000222B">
      <w:r>
        <w:t>Selected answer:</w:t>
      </w:r>
    </w:p>
    <w:p w14:paraId="2BAF73A0" w14:textId="77777777" w:rsidR="008F4676" w:rsidRDefault="008F4676"/>
    <w:p w14:paraId="04F39D24" w14:textId="77777777" w:rsidR="008F4676" w:rsidRDefault="0000222B">
      <w:r>
        <w:rPr>
          <w:b/>
        </w:rPr>
        <w:t>36. Total amount being paid</w:t>
      </w:r>
    </w:p>
    <w:p w14:paraId="10E023A8" w14:textId="77777777" w:rsidR="008F4676" w:rsidRDefault="0000222B">
      <w:r>
        <w:rPr>
          <w:i/>
        </w:rPr>
        <w:t>Include the registration fee and all applicable extra fees.</w:t>
      </w:r>
    </w:p>
    <w:p w14:paraId="01C492A4" w14:textId="77777777" w:rsidR="008F4676" w:rsidRDefault="0000222B">
      <w:r>
        <w:rPr>
          <w:b/>
        </w:rPr>
        <w:t>Answer:</w:t>
      </w:r>
    </w:p>
    <w:p w14:paraId="6D3A504D" w14:textId="77777777" w:rsidR="008F4676" w:rsidRDefault="008F4676"/>
    <w:p w14:paraId="7127990D" w14:textId="77777777" w:rsidR="008F4676" w:rsidRDefault="0000222B">
      <w:r>
        <w:rPr>
          <w:b/>
        </w:rPr>
        <w:t>37. Payment sender name or cheque name</w:t>
      </w:r>
    </w:p>
    <w:p w14:paraId="17277B0A" w14:textId="77777777" w:rsidR="008F4676" w:rsidRDefault="0000222B">
      <w:r>
        <w:rPr>
          <w:i/>
        </w:rPr>
        <w:t>Enter the name that will appear with the payment so WCBGA can match it to this registration.</w:t>
      </w:r>
    </w:p>
    <w:p w14:paraId="60A7F716" w14:textId="77777777" w:rsidR="008F4676" w:rsidRDefault="0000222B">
      <w:r>
        <w:rPr>
          <w:b/>
        </w:rPr>
        <w:t>Answer:</w:t>
      </w:r>
    </w:p>
    <w:p w14:paraId="26BEF9A2" w14:textId="77777777" w:rsidR="008F4676" w:rsidRDefault="008F4676"/>
    <w:p w14:paraId="077B923F" w14:textId="77777777" w:rsidR="008F4676" w:rsidRDefault="0000222B">
      <w:pPr>
        <w:pStyle w:val="Heading2"/>
      </w:pPr>
      <w:r>
        <w:rPr>
          <w:b w:val="0"/>
        </w:rPr>
        <w:t>Agreement and Submission</w:t>
      </w:r>
    </w:p>
    <w:p w14:paraId="2AA63EEC" w14:textId="77777777" w:rsidR="008F4676" w:rsidRDefault="0000222B">
      <w:r>
        <w:t>Cancellation policy: After the registration deadline, Blind Golf Canada and WCBGA will determine whether a cancellation is due to medical reasons or another unforeseen circumstance outside the participant’s control. When circumstances are deemed legitimate, fees will be returned. WCBGA/BGC may withhold some or all fees when costs have already been incurred.</w:t>
      </w:r>
    </w:p>
    <w:p w14:paraId="46C8BAE0" w14:textId="77777777" w:rsidR="008F4676" w:rsidRDefault="0000222B">
      <w:r>
        <w:rPr>
          <w:b/>
        </w:rPr>
        <w:t>38. I have reviewed and accept the event conditions and cancellation policy.</w:t>
      </w:r>
    </w:p>
    <w:p w14:paraId="1DB606BB" w14:textId="77777777" w:rsidR="008F4676" w:rsidRDefault="0000222B">
      <w:r>
        <w:t>Option: I accept</w:t>
      </w:r>
    </w:p>
    <w:p w14:paraId="6B2D083A" w14:textId="77777777" w:rsidR="008F4676" w:rsidRDefault="0000222B">
      <w:r>
        <w:t>Option: I do not accept</w:t>
      </w:r>
    </w:p>
    <w:p w14:paraId="39A1802C" w14:textId="77777777" w:rsidR="008F4676" w:rsidRDefault="0000222B">
      <w:r>
        <w:t>Selected answer:</w:t>
      </w:r>
    </w:p>
    <w:p w14:paraId="03BEEF6E" w14:textId="77777777" w:rsidR="008F4676" w:rsidRDefault="008F4676"/>
    <w:p w14:paraId="4EF40176" w14:textId="77777777" w:rsidR="008F4676" w:rsidRDefault="0000222B">
      <w:r>
        <w:rPr>
          <w:b/>
        </w:rPr>
        <w:t>39. I confirm that the information in this registration is accurate.</w:t>
      </w:r>
    </w:p>
    <w:p w14:paraId="01E8F60B" w14:textId="77777777" w:rsidR="008F4676" w:rsidRDefault="0000222B">
      <w:r>
        <w:t>Option: Yes</w:t>
      </w:r>
    </w:p>
    <w:p w14:paraId="6133C63B" w14:textId="77777777" w:rsidR="008F4676" w:rsidRDefault="0000222B">
      <w:r>
        <w:t>Option: No</w:t>
      </w:r>
    </w:p>
    <w:p w14:paraId="1A48B528" w14:textId="77777777" w:rsidR="008F4676" w:rsidRDefault="0000222B">
      <w:r>
        <w:t>Selected answer:</w:t>
      </w:r>
    </w:p>
    <w:p w14:paraId="725A8357" w14:textId="77777777" w:rsidR="008F4676" w:rsidRDefault="008F4676"/>
    <w:p w14:paraId="156D8935" w14:textId="77777777" w:rsidR="008F4676" w:rsidRDefault="0000222B">
      <w:r>
        <w:rPr>
          <w:b/>
        </w:rPr>
        <w:t>40. Typed signature - player full name</w:t>
      </w:r>
    </w:p>
    <w:p w14:paraId="26357F9C" w14:textId="77777777" w:rsidR="008F4676" w:rsidRDefault="0000222B">
      <w:r>
        <w:rPr>
          <w:i/>
        </w:rPr>
        <w:t>Typing your full name confirms your agreement.</w:t>
      </w:r>
    </w:p>
    <w:p w14:paraId="6D6D56D7" w14:textId="77777777" w:rsidR="008F4676" w:rsidRDefault="0000222B">
      <w:r>
        <w:rPr>
          <w:b/>
        </w:rPr>
        <w:t>Answer:</w:t>
      </w:r>
    </w:p>
    <w:p w14:paraId="16A967C6" w14:textId="77777777" w:rsidR="008F4676" w:rsidRDefault="008F4676"/>
    <w:p w14:paraId="7BFEDF88" w14:textId="77777777" w:rsidR="008F4676" w:rsidRDefault="0000222B">
      <w:r>
        <w:rPr>
          <w:b/>
        </w:rPr>
        <w:t>41. Date submitted</w:t>
      </w:r>
    </w:p>
    <w:p w14:paraId="7BD264FB" w14:textId="77777777" w:rsidR="008F4676" w:rsidRDefault="0000222B">
      <w:r>
        <w:rPr>
          <w:b/>
        </w:rPr>
        <w:t>Answer:</w:t>
      </w:r>
    </w:p>
    <w:p w14:paraId="5178E5B2" w14:textId="77777777" w:rsidR="008F4676" w:rsidRDefault="008F4676"/>
    <w:p w14:paraId="2610C8E3" w14:textId="77777777" w:rsidR="008F4676" w:rsidRDefault="0000222B">
      <w:pPr>
        <w:pStyle w:val="Heading2"/>
      </w:pPr>
      <w:r>
        <w:rPr>
          <w:b w:val="0"/>
        </w:rPr>
        <w:t>End of Registration Form</w:t>
      </w:r>
    </w:p>
    <w:p w14:paraId="6CF78387" w14:textId="77777777" w:rsidR="008F4676" w:rsidRDefault="0000222B">
      <w:r>
        <w:t>Please save the completed document and email it to kibblewhitederek@gmail.com. Payment may be sent separately by e-transfer to wcbga24@gmail.com.</w:t>
      </w:r>
    </w:p>
    <w:p w14:paraId="6E7DD4CA" w14:textId="77777777" w:rsidR="008F4676" w:rsidRDefault="0000222B">
      <w:r>
        <w:t>WCBGA website: www.wcbga.ca</w:t>
      </w:r>
    </w:p>
    <w:p w14:paraId="6C59483C" w14:textId="77777777" w:rsidR="008F4676" w:rsidRDefault="0000222B">
      <w:r>
        <w:t>WCBGA Facebook: https://www.facebook.com/WCBGA</w:t>
      </w:r>
    </w:p>
    <w:sectPr w:rsidR="008F4676" w:rsidSect="00034616">
      <w:footerReference w:type="default" r:id="rId8"/>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DA376" w14:textId="77777777" w:rsidR="0000222B" w:rsidRDefault="0000222B">
      <w:pPr>
        <w:spacing w:after="0" w:line="240" w:lineRule="auto"/>
      </w:pPr>
      <w:r>
        <w:separator/>
      </w:r>
    </w:p>
  </w:endnote>
  <w:endnote w:type="continuationSeparator" w:id="0">
    <w:p w14:paraId="150D567F" w14:textId="77777777" w:rsidR="0000222B" w:rsidRDefault="00002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84B85" w14:textId="77777777" w:rsidR="008F4676" w:rsidRDefault="0000222B">
    <w:pPr>
      <w:pStyle w:val="Footer"/>
      <w:jc w:val="center"/>
    </w:pPr>
    <w:r>
      <w:t xml:space="preserve">Page </w:t>
    </w:r>
    <w:r>
      <w:fldChar w:fldCharType="begin"/>
    </w:r>
    <w:r>
      <w:instrText>PAGE</w:instrText>
    </w:r>
    <w:r w:rsidR="00A425A1">
      <w:fldChar w:fldCharType="separate"/>
    </w:r>
    <w:r w:rsidR="00A425A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984A0" w14:textId="77777777" w:rsidR="0000222B" w:rsidRDefault="0000222B">
      <w:pPr>
        <w:spacing w:after="0" w:line="240" w:lineRule="auto"/>
      </w:pPr>
      <w:r>
        <w:separator/>
      </w:r>
    </w:p>
  </w:footnote>
  <w:footnote w:type="continuationSeparator" w:id="0">
    <w:p w14:paraId="1BD7C419" w14:textId="77777777" w:rsidR="0000222B" w:rsidRDefault="000022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13948113">
    <w:abstractNumId w:val="8"/>
  </w:num>
  <w:num w:numId="2" w16cid:durableId="1472020351">
    <w:abstractNumId w:val="6"/>
  </w:num>
  <w:num w:numId="3" w16cid:durableId="75396286">
    <w:abstractNumId w:val="5"/>
  </w:num>
  <w:num w:numId="4" w16cid:durableId="1038698618">
    <w:abstractNumId w:val="4"/>
  </w:num>
  <w:num w:numId="5" w16cid:durableId="539901753">
    <w:abstractNumId w:val="7"/>
  </w:num>
  <w:num w:numId="6" w16cid:durableId="441194460">
    <w:abstractNumId w:val="3"/>
  </w:num>
  <w:num w:numId="7" w16cid:durableId="176432234">
    <w:abstractNumId w:val="2"/>
  </w:num>
  <w:num w:numId="8" w16cid:durableId="665789495">
    <w:abstractNumId w:val="1"/>
  </w:num>
  <w:num w:numId="9" w16cid:durableId="20967806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22B"/>
    <w:rsid w:val="00034616"/>
    <w:rsid w:val="0006063C"/>
    <w:rsid w:val="0015074B"/>
    <w:rsid w:val="0029639D"/>
    <w:rsid w:val="00326F90"/>
    <w:rsid w:val="008F4676"/>
    <w:rsid w:val="00A425A1"/>
    <w:rsid w:val="00AA1D8D"/>
    <w:rsid w:val="00B47730"/>
    <w:rsid w:val="00CB0664"/>
    <w:rsid w:val="00F5659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C2D9C5"/>
  <w14:defaultImageDpi w14:val="300"/>
  <w15:docId w15:val="{986B11EF-E208-4F2A-BC78-C97C95817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pPr>
    <w:rPr>
      <w:rFonts w:ascii="Arial" w:eastAsia="Arial" w:hAnsi="Arial"/>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1457</Words>
  <Characters>8305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9743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WCBGA Championship JAWS-Accessible Tournament Information and Registration Form</dc:title>
  <dc:subject>Plain-text accessible version for screen reader users</dc:subject>
  <dc:creator>Western Canadian Blind Golf Association</dc:creator>
  <cp:keywords/>
  <dc:description>generated by python-docx</dc:description>
  <cp:lastModifiedBy>Derek Kibblewhite</cp:lastModifiedBy>
  <cp:revision>2</cp:revision>
  <dcterms:created xsi:type="dcterms:W3CDTF">2026-09-28T03:24:00Z</dcterms:created>
  <dcterms:modified xsi:type="dcterms:W3CDTF">2026-09-28T03:24:00Z</dcterms:modified>
  <cp:category/>
</cp:coreProperties>
</file>